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7F9" w:rsidRPr="00D03793" w:rsidRDefault="00872E2E" w:rsidP="00872E2E">
      <w:pPr>
        <w:pStyle w:val="Ttulo"/>
        <w:jc w:val="center"/>
        <w:rPr>
          <w:rFonts w:ascii="Arial" w:hAnsi="Arial" w:cs="Arial"/>
          <w:b/>
          <w:sz w:val="32"/>
        </w:rPr>
      </w:pPr>
      <w:r w:rsidRPr="00D03793">
        <w:rPr>
          <w:rFonts w:ascii="Arial" w:hAnsi="Arial" w:cs="Arial"/>
          <w:b/>
          <w:sz w:val="32"/>
        </w:rPr>
        <w:t>Fideicomiso de Agua, Áreas Protegidas y Vida Silvestre</w:t>
      </w:r>
    </w:p>
    <w:tbl>
      <w:tblPr>
        <w:tblStyle w:val="Tablaconcuadrcula1clara-nfasis1"/>
        <w:tblW w:w="8875" w:type="dxa"/>
        <w:tblLook w:val="04A0" w:firstRow="1" w:lastRow="0" w:firstColumn="1" w:lastColumn="0" w:noHBand="0" w:noVBand="1"/>
      </w:tblPr>
      <w:tblGrid>
        <w:gridCol w:w="8875"/>
      </w:tblGrid>
      <w:tr w:rsidR="00872E2E" w:rsidRPr="00D03793" w:rsidTr="005B76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5" w:type="dxa"/>
          </w:tcPr>
          <w:p w:rsidR="00872E2E" w:rsidRPr="00D03793" w:rsidRDefault="005B7634" w:rsidP="00872E2E">
            <w:pPr>
              <w:jc w:val="center"/>
              <w:rPr>
                <w:rFonts w:ascii="Arial" w:hAnsi="Arial" w:cs="Arial"/>
                <w:color w:val="244061" w:themeColor="accent1" w:themeShade="80"/>
              </w:rPr>
            </w:pPr>
            <w:r>
              <w:rPr>
                <w:rFonts w:ascii="Arial" w:hAnsi="Arial" w:cs="Arial"/>
                <w:b w:val="0"/>
                <w:color w:val="244061" w:themeColor="accent1" w:themeShade="80"/>
                <w:sz w:val="24"/>
              </w:rPr>
              <w:t>SEGUIMIENTO FINANCIERO</w:t>
            </w:r>
          </w:p>
        </w:tc>
      </w:tr>
    </w:tbl>
    <w:p w:rsidR="00DC17F9" w:rsidRPr="00D03793" w:rsidRDefault="00DF710F" w:rsidP="002D2854">
      <w:pPr>
        <w:pStyle w:val="Ttulo1"/>
        <w:numPr>
          <w:ilvl w:val="0"/>
          <w:numId w:val="17"/>
        </w:numPr>
        <w:rPr>
          <w:rFonts w:ascii="Arial" w:hAnsi="Arial" w:cs="Arial"/>
          <w:sz w:val="24"/>
        </w:rPr>
      </w:pPr>
      <w:r w:rsidRPr="00D03793">
        <w:rPr>
          <w:rFonts w:ascii="Arial" w:hAnsi="Arial" w:cs="Arial"/>
          <w:sz w:val="24"/>
        </w:rPr>
        <w:t>DATOS GENERALES DEL PROYECTO</w:t>
      </w:r>
    </w:p>
    <w:tbl>
      <w:tblPr>
        <w:tblStyle w:val="Tablaconcuadrcula"/>
        <w:tblW w:w="9161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388"/>
        <w:gridCol w:w="1029"/>
        <w:gridCol w:w="541"/>
        <w:gridCol w:w="2154"/>
        <w:gridCol w:w="210"/>
        <w:gridCol w:w="1458"/>
        <w:gridCol w:w="1112"/>
      </w:tblGrid>
      <w:tr w:rsidR="00AC1510" w:rsidRPr="00D03793" w:rsidTr="00D03793">
        <w:trPr>
          <w:trHeight w:val="298"/>
        </w:trPr>
        <w:tc>
          <w:tcPr>
            <w:tcW w:w="2269" w:type="dxa"/>
            <w:gridSpan w:val="2"/>
            <w:tcBorders>
              <w:top w:val="single" w:sz="12" w:space="0" w:color="000000"/>
              <w:left w:val="single" w:sz="12" w:space="0" w:color="000000"/>
            </w:tcBorders>
            <w:shd w:val="clear" w:color="auto" w:fill="C6D9F1" w:themeFill="text2" w:themeFillTint="33"/>
            <w:vAlign w:val="center"/>
          </w:tcPr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Nombre del Ejecutor</w:t>
            </w:r>
          </w:p>
        </w:tc>
        <w:tc>
          <w:tcPr>
            <w:tcW w:w="6892" w:type="dxa"/>
            <w:gridSpan w:val="7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AC1510" w:rsidRPr="00D03793" w:rsidRDefault="00AC1510" w:rsidP="00AC1510">
            <w:pPr>
              <w:jc w:val="center"/>
              <w:rPr>
                <w:rFonts w:ascii="Arial" w:hAnsi="Arial" w:cs="Arial"/>
                <w:b/>
                <w:color w:val="244061" w:themeColor="accent1" w:themeShade="80"/>
                <w:sz w:val="24"/>
              </w:rPr>
            </w:pPr>
            <w:r w:rsidRPr="00D03793">
              <w:rPr>
                <w:rFonts w:ascii="Arial" w:hAnsi="Arial" w:cs="Arial"/>
                <w:color w:val="244061" w:themeColor="accent1" w:themeShade="80"/>
                <w:sz w:val="24"/>
              </w:rPr>
              <w:t>FUNDACIÓN XYZ</w:t>
            </w:r>
          </w:p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jc w:val="center"/>
              <w:rPr>
                <w:rFonts w:ascii="Arial" w:eastAsia="Times New Roman" w:hAnsi="Arial" w:cs="Arial"/>
                <w:b/>
                <w:szCs w:val="18"/>
                <w:lang w:eastAsia="es-ES"/>
              </w:rPr>
            </w:pPr>
          </w:p>
        </w:tc>
      </w:tr>
      <w:tr w:rsidR="00AC1510" w:rsidRPr="00D03793" w:rsidTr="00D03793">
        <w:trPr>
          <w:trHeight w:val="616"/>
        </w:trPr>
        <w:tc>
          <w:tcPr>
            <w:tcW w:w="2269" w:type="dxa"/>
            <w:gridSpan w:val="2"/>
            <w:tcBorders>
              <w:left w:val="single" w:sz="12" w:space="0" w:color="000000"/>
            </w:tcBorders>
            <w:shd w:val="clear" w:color="auto" w:fill="C6D9F1" w:themeFill="text2" w:themeFillTint="33"/>
            <w:vAlign w:val="center"/>
          </w:tcPr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Nombre del Proyecto</w:t>
            </w:r>
          </w:p>
        </w:tc>
        <w:tc>
          <w:tcPr>
            <w:tcW w:w="6892" w:type="dxa"/>
            <w:gridSpan w:val="7"/>
            <w:tcBorders>
              <w:right w:val="single" w:sz="12" w:space="0" w:color="000000"/>
            </w:tcBorders>
            <w:vAlign w:val="center"/>
          </w:tcPr>
          <w:p w:rsidR="00AC1510" w:rsidRPr="00D03793" w:rsidRDefault="00AC1510" w:rsidP="00484C73">
            <w:pPr>
              <w:widowControl w:val="0"/>
              <w:jc w:val="center"/>
              <w:rPr>
                <w:rFonts w:ascii="Arial" w:eastAsia="Times New Roman" w:hAnsi="Arial" w:cs="Arial"/>
                <w:szCs w:val="18"/>
                <w:lang w:val="es-PA" w:eastAsia="es-ES"/>
              </w:rPr>
            </w:pPr>
          </w:p>
        </w:tc>
      </w:tr>
      <w:tr w:rsidR="00AC1510" w:rsidRPr="00D03793" w:rsidTr="00D03793">
        <w:trPr>
          <w:trHeight w:val="298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C6D9F1" w:themeFill="text2" w:themeFillTint="33"/>
            <w:vAlign w:val="center"/>
          </w:tcPr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</w:pPr>
            <w:proofErr w:type="spellStart"/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N°</w:t>
            </w:r>
            <w:proofErr w:type="spellEnd"/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 xml:space="preserve"> de Convenio</w:t>
            </w:r>
          </w:p>
        </w:tc>
        <w:tc>
          <w:tcPr>
            <w:tcW w:w="2268" w:type="dxa"/>
            <w:gridSpan w:val="3"/>
            <w:vAlign w:val="center"/>
          </w:tcPr>
          <w:p w:rsidR="00AC1510" w:rsidRPr="00D03793" w:rsidRDefault="00AC1510" w:rsidP="00484C73">
            <w:pPr>
              <w:widowControl w:val="0"/>
              <w:rPr>
                <w:rFonts w:ascii="Arial" w:eastAsia="Times New Roman" w:hAnsi="Arial" w:cs="Arial"/>
                <w:b/>
                <w:szCs w:val="18"/>
                <w:lang w:val="es-PA" w:eastAsia="es-ES"/>
              </w:rPr>
            </w:pPr>
          </w:p>
        </w:tc>
        <w:tc>
          <w:tcPr>
            <w:tcW w:w="2905" w:type="dxa"/>
            <w:gridSpan w:val="3"/>
            <w:shd w:val="clear" w:color="auto" w:fill="C6D9F1" w:themeFill="text2" w:themeFillTint="33"/>
            <w:vAlign w:val="center"/>
          </w:tcPr>
          <w:p w:rsidR="00AC1510" w:rsidRPr="00D03793" w:rsidRDefault="00EF3FDA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PA"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val="es-PA" w:eastAsia="es-ES"/>
              </w:rPr>
              <w:t xml:space="preserve">Saldo Inicial al mes </w:t>
            </w:r>
          </w:p>
        </w:tc>
        <w:tc>
          <w:tcPr>
            <w:tcW w:w="2570" w:type="dxa"/>
            <w:gridSpan w:val="2"/>
            <w:tcBorders>
              <w:right w:val="single" w:sz="12" w:space="0" w:color="000000"/>
            </w:tcBorders>
            <w:vAlign w:val="center"/>
          </w:tcPr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0.00</w:t>
            </w:r>
          </w:p>
        </w:tc>
      </w:tr>
      <w:tr w:rsidR="00EF3FDA" w:rsidRPr="00D03793" w:rsidTr="00D03793">
        <w:trPr>
          <w:trHeight w:val="298"/>
        </w:trPr>
        <w:tc>
          <w:tcPr>
            <w:tcW w:w="141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C6D9F1" w:themeFill="text2" w:themeFillTint="33"/>
            <w:vAlign w:val="center"/>
          </w:tcPr>
          <w:p w:rsidR="00EF3FDA" w:rsidRPr="00D03793" w:rsidRDefault="00EF3FDA" w:rsidP="00EF3FDA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Mes Reportado</w:t>
            </w:r>
          </w:p>
        </w:tc>
        <w:tc>
          <w:tcPr>
            <w:tcW w:w="1239" w:type="dxa"/>
            <w:gridSpan w:val="2"/>
            <w:tcBorders>
              <w:bottom w:val="single" w:sz="12" w:space="0" w:color="000000"/>
            </w:tcBorders>
            <w:vAlign w:val="center"/>
          </w:tcPr>
          <w:p w:rsidR="00EF3FDA" w:rsidRPr="00D03793" w:rsidRDefault="00EF3FDA" w:rsidP="00EF3FDA">
            <w:pPr>
              <w:widowControl w:val="0"/>
              <w:tabs>
                <w:tab w:val="left" w:pos="3711"/>
              </w:tabs>
              <w:rPr>
                <w:rFonts w:ascii="Arial" w:hAnsi="Arial" w:cs="Arial"/>
              </w:rPr>
            </w:pPr>
          </w:p>
        </w:tc>
        <w:tc>
          <w:tcPr>
            <w:tcW w:w="1570" w:type="dxa"/>
            <w:gridSpan w:val="2"/>
            <w:tcBorders>
              <w:bottom w:val="single" w:sz="12" w:space="0" w:color="000000"/>
            </w:tcBorders>
            <w:shd w:val="clear" w:color="auto" w:fill="C6D9F1" w:themeFill="text2" w:themeFillTint="33"/>
            <w:vAlign w:val="center"/>
          </w:tcPr>
          <w:p w:rsidR="00EF3FDA" w:rsidRPr="00D03793" w:rsidRDefault="00EF3FDA" w:rsidP="00EF3FDA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Código de Proyecto</w:t>
            </w:r>
          </w:p>
        </w:tc>
        <w:tc>
          <w:tcPr>
            <w:tcW w:w="2154" w:type="dxa"/>
            <w:tcBorders>
              <w:bottom w:val="single" w:sz="12" w:space="0" w:color="000000"/>
            </w:tcBorders>
            <w:vAlign w:val="center"/>
          </w:tcPr>
          <w:p w:rsidR="00EF3FDA" w:rsidRPr="00D03793" w:rsidRDefault="00EF3FDA" w:rsidP="00EF3FDA">
            <w:pPr>
              <w:widowControl w:val="0"/>
              <w:tabs>
                <w:tab w:val="left" w:pos="3711"/>
              </w:tabs>
              <w:rPr>
                <w:rFonts w:ascii="Arial" w:hAnsi="Arial" w:cs="Arial"/>
                <w:b/>
                <w:sz w:val="20"/>
                <w:lang w:val="es-PA"/>
              </w:rPr>
            </w:pPr>
          </w:p>
        </w:tc>
        <w:tc>
          <w:tcPr>
            <w:tcW w:w="1668" w:type="dxa"/>
            <w:gridSpan w:val="2"/>
            <w:tcBorders>
              <w:bottom w:val="single" w:sz="12" w:space="0" w:color="000000"/>
            </w:tcBorders>
            <w:shd w:val="clear" w:color="auto" w:fill="C6D9F1" w:themeFill="text2" w:themeFillTint="33"/>
            <w:vAlign w:val="center"/>
          </w:tcPr>
          <w:p w:rsidR="00EF3FDA" w:rsidRPr="00D03793" w:rsidRDefault="00EF3FDA" w:rsidP="00EF3FDA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PA"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val="es-PA" w:eastAsia="es-ES"/>
              </w:rPr>
              <w:t>Monto Ejecutado</w:t>
            </w:r>
            <w:r w:rsidR="00E931BC" w:rsidRPr="00D03793">
              <w:rPr>
                <w:rFonts w:ascii="Arial" w:eastAsia="Times New Roman" w:hAnsi="Arial" w:cs="Arial"/>
                <w:b/>
                <w:sz w:val="20"/>
                <w:szCs w:val="18"/>
                <w:lang w:val="es-PA" w:eastAsia="es-ES"/>
              </w:rPr>
              <w:t xml:space="preserve"> en el</w:t>
            </w: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val="es-PA" w:eastAsia="es-ES"/>
              </w:rPr>
              <w:t xml:space="preserve"> mes </w:t>
            </w:r>
          </w:p>
        </w:tc>
        <w:tc>
          <w:tcPr>
            <w:tcW w:w="111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EF3FDA" w:rsidRPr="00D03793" w:rsidRDefault="00EF3FDA" w:rsidP="00EF3FDA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Cs w:val="18"/>
                <w:lang w:eastAsia="es-ES"/>
              </w:rPr>
              <w:t>0.00</w:t>
            </w:r>
          </w:p>
        </w:tc>
      </w:tr>
    </w:tbl>
    <w:p w:rsidR="002645C8" w:rsidRDefault="002645C8" w:rsidP="00AC1510">
      <w:pPr>
        <w:rPr>
          <w:rFonts w:ascii="Arial" w:hAnsi="Arial" w:cs="Arial"/>
        </w:rPr>
      </w:pPr>
    </w:p>
    <w:p w:rsidR="002645C8" w:rsidRPr="002D2854" w:rsidRDefault="002645C8" w:rsidP="002D2854">
      <w:pPr>
        <w:pStyle w:val="Ttulo1"/>
        <w:numPr>
          <w:ilvl w:val="0"/>
          <w:numId w:val="17"/>
        </w:numPr>
      </w:pPr>
      <w:r w:rsidRPr="002D2854">
        <w:t>RESUMEN EJECUTIVO</w:t>
      </w:r>
    </w:p>
    <w:p w:rsidR="002645C8" w:rsidRPr="002645C8" w:rsidRDefault="002645C8" w:rsidP="002645C8">
      <w:pPr>
        <w:tabs>
          <w:tab w:val="left" w:pos="3669"/>
        </w:tabs>
        <w:rPr>
          <w:rFonts w:ascii="Aptos" w:hAnsi="Aptos"/>
          <w:b/>
          <w:bCs/>
          <w:sz w:val="18"/>
        </w:rPr>
      </w:pPr>
      <w:r w:rsidRPr="002645C8">
        <w:rPr>
          <w:rFonts w:ascii="Aptos" w:hAnsi="Aptos"/>
          <w:b/>
          <w:bCs/>
          <w:sz w:val="18"/>
        </w:rPr>
        <w:t>Max 2 párrafos explicando el avance mensual técnico y financiero.</w:t>
      </w:r>
    </w:p>
    <w:p w:rsidR="002645C8" w:rsidRPr="002645C8" w:rsidRDefault="002645C8" w:rsidP="001F7F91"/>
    <w:p w:rsidR="00DC17F9" w:rsidRPr="00D03793" w:rsidRDefault="00DF710F" w:rsidP="002D2854">
      <w:pPr>
        <w:pStyle w:val="Ttulo1"/>
        <w:numPr>
          <w:ilvl w:val="0"/>
          <w:numId w:val="17"/>
        </w:numPr>
        <w:rPr>
          <w:rFonts w:ascii="Arial" w:hAnsi="Arial" w:cs="Arial"/>
        </w:rPr>
      </w:pPr>
      <w:r w:rsidRPr="00D03793">
        <w:rPr>
          <w:rFonts w:ascii="Arial" w:hAnsi="Arial" w:cs="Arial"/>
        </w:rPr>
        <w:t>PORCENTAJE DE AVANCE GLOBAL DEL PROYECTO</w:t>
      </w:r>
    </w:p>
    <w:tbl>
      <w:tblPr>
        <w:tblStyle w:val="Tablaconcuadrcula"/>
        <w:tblW w:w="7366" w:type="dxa"/>
        <w:tblLook w:val="04A0" w:firstRow="1" w:lastRow="0" w:firstColumn="1" w:lastColumn="0" w:noHBand="0" w:noVBand="1"/>
      </w:tblPr>
      <w:tblGrid>
        <w:gridCol w:w="3681"/>
        <w:gridCol w:w="3685"/>
      </w:tblGrid>
      <w:tr w:rsidR="002D2854" w:rsidRPr="00D03793" w:rsidTr="002D2854">
        <w:trPr>
          <w:trHeight w:val="484"/>
        </w:trPr>
        <w:tc>
          <w:tcPr>
            <w:tcW w:w="3681" w:type="dxa"/>
            <w:shd w:val="clear" w:color="auto" w:fill="C6D9F1" w:themeFill="text2" w:themeFillTint="33"/>
            <w:vAlign w:val="center"/>
          </w:tcPr>
          <w:p w:rsidR="002D2854" w:rsidRPr="00451B00" w:rsidRDefault="002D2854" w:rsidP="002D285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% Avance financiero del mes anterior</w:t>
            </w:r>
          </w:p>
        </w:tc>
        <w:tc>
          <w:tcPr>
            <w:tcW w:w="3685" w:type="dxa"/>
            <w:shd w:val="clear" w:color="auto" w:fill="C6D9F1" w:themeFill="text2" w:themeFillTint="33"/>
            <w:vAlign w:val="center"/>
          </w:tcPr>
          <w:p w:rsidR="002D2854" w:rsidRPr="00451B00" w:rsidRDefault="002D2854" w:rsidP="002D285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Avance financiero del mes actual</w:t>
            </w:r>
          </w:p>
        </w:tc>
      </w:tr>
      <w:tr w:rsidR="002D2854" w:rsidRPr="00D03793" w:rsidTr="002D2854">
        <w:trPr>
          <w:trHeight w:val="571"/>
        </w:trPr>
        <w:tc>
          <w:tcPr>
            <w:tcW w:w="3681" w:type="dxa"/>
          </w:tcPr>
          <w:p w:rsidR="002D2854" w:rsidRPr="00D03793" w:rsidRDefault="002D2854" w:rsidP="00A954D0">
            <w:pPr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>%</w:t>
            </w:r>
          </w:p>
        </w:tc>
        <w:tc>
          <w:tcPr>
            <w:tcW w:w="3685" w:type="dxa"/>
          </w:tcPr>
          <w:p w:rsidR="002D2854" w:rsidRPr="00D03793" w:rsidRDefault="002D2854" w:rsidP="00A954D0">
            <w:pPr>
              <w:jc w:val="center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>%</w:t>
            </w:r>
          </w:p>
        </w:tc>
      </w:tr>
    </w:tbl>
    <w:p w:rsidR="00DC17F9" w:rsidRPr="00D03793" w:rsidRDefault="00AC1510" w:rsidP="002D2854">
      <w:pPr>
        <w:pStyle w:val="Ttulo1"/>
        <w:numPr>
          <w:ilvl w:val="0"/>
          <w:numId w:val="17"/>
        </w:numPr>
        <w:rPr>
          <w:rFonts w:ascii="Arial" w:hAnsi="Arial" w:cs="Arial"/>
        </w:rPr>
      </w:pPr>
      <w:bookmarkStart w:id="0" w:name="_Hlk206425127"/>
      <w:r w:rsidRPr="00D03793">
        <w:rPr>
          <w:rFonts w:ascii="Arial" w:hAnsi="Arial" w:cs="Arial"/>
        </w:rPr>
        <w:t>BALANCE FINANCIERO</w:t>
      </w:r>
    </w:p>
    <w:tbl>
      <w:tblPr>
        <w:tblStyle w:val="Tablaconcuadrcula2"/>
        <w:tblpPr w:leftFromText="141" w:rightFromText="141" w:vertAnchor="text" w:horzAnchor="margin" w:tblpY="191"/>
        <w:tblW w:w="8926" w:type="dxa"/>
        <w:tblLayout w:type="fixed"/>
        <w:tblLook w:val="04A0" w:firstRow="1" w:lastRow="0" w:firstColumn="1" w:lastColumn="0" w:noHBand="0" w:noVBand="1"/>
      </w:tblPr>
      <w:tblGrid>
        <w:gridCol w:w="5979"/>
        <w:gridCol w:w="2947"/>
      </w:tblGrid>
      <w:tr w:rsidR="00984EA7" w:rsidRPr="00D03793" w:rsidTr="00984EA7">
        <w:trPr>
          <w:trHeight w:val="375"/>
        </w:trPr>
        <w:tc>
          <w:tcPr>
            <w:tcW w:w="5979" w:type="dxa"/>
            <w:shd w:val="clear" w:color="auto" w:fill="FFFFFF"/>
            <w:vAlign w:val="center"/>
          </w:tcPr>
          <w:bookmarkEnd w:id="0"/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jc w:val="center"/>
              <w:rPr>
                <w:rFonts w:ascii="Arial" w:eastAsia="Times New Roman" w:hAnsi="Arial" w:cs="Arial"/>
                <w:b/>
                <w:color w:val="000074"/>
                <w:sz w:val="24"/>
                <w:szCs w:val="18"/>
                <w:lang w:val="es-ES_tradnl" w:eastAsia="es-ES"/>
              </w:rPr>
            </w:pPr>
            <w:r w:rsidRPr="00D03793">
              <w:rPr>
                <w:rFonts w:ascii="Arial" w:eastAsia="Times New Roman" w:hAnsi="Arial" w:cs="Arial"/>
                <w:b/>
                <w:color w:val="000074"/>
                <w:sz w:val="24"/>
                <w:szCs w:val="18"/>
                <w:lang w:val="es-ES_tradnl" w:eastAsia="es-ES"/>
              </w:rPr>
              <w:t>BALANCE DE EJECUCIÓN FINANCIERA</w:t>
            </w:r>
          </w:p>
        </w:tc>
        <w:tc>
          <w:tcPr>
            <w:tcW w:w="2947" w:type="dxa"/>
            <w:shd w:val="clear" w:color="auto" w:fill="FFFFFF"/>
            <w:vAlign w:val="center"/>
          </w:tcPr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jc w:val="center"/>
              <w:rPr>
                <w:rFonts w:ascii="Arial" w:eastAsia="Times New Roman" w:hAnsi="Arial" w:cs="Arial"/>
                <w:b/>
                <w:color w:val="000074"/>
                <w:sz w:val="24"/>
                <w:szCs w:val="18"/>
                <w:lang w:val="es-ES_tradnl" w:eastAsia="es-ES"/>
              </w:rPr>
            </w:pPr>
            <w:r w:rsidRPr="00D03793">
              <w:rPr>
                <w:rFonts w:ascii="Arial" w:eastAsia="Times New Roman" w:hAnsi="Arial" w:cs="Arial"/>
                <w:b/>
                <w:color w:val="000074"/>
                <w:sz w:val="24"/>
                <w:szCs w:val="18"/>
                <w:lang w:val="es-ES_tradnl" w:eastAsia="es-ES"/>
              </w:rPr>
              <w:t>MONTO</w:t>
            </w:r>
          </w:p>
        </w:tc>
      </w:tr>
      <w:tr w:rsidR="00984EA7" w:rsidRPr="00D03793" w:rsidTr="00984EA7">
        <w:trPr>
          <w:trHeight w:val="375"/>
        </w:trPr>
        <w:tc>
          <w:tcPr>
            <w:tcW w:w="5979" w:type="dxa"/>
            <w:shd w:val="clear" w:color="auto" w:fill="BFBFBF"/>
            <w:vAlign w:val="center"/>
          </w:tcPr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  <w:t>SALDO INICIAL PARA EL PROYECTO</w:t>
            </w:r>
          </w:p>
        </w:tc>
        <w:tc>
          <w:tcPr>
            <w:tcW w:w="2947" w:type="dxa"/>
            <w:shd w:val="clear" w:color="auto" w:fill="auto"/>
          </w:tcPr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</w:pPr>
          </w:p>
        </w:tc>
      </w:tr>
      <w:tr w:rsidR="00984EA7" w:rsidRPr="00D03793" w:rsidTr="00984EA7">
        <w:trPr>
          <w:trHeight w:val="375"/>
        </w:trPr>
        <w:tc>
          <w:tcPr>
            <w:tcW w:w="5979" w:type="dxa"/>
            <w:shd w:val="clear" w:color="auto" w:fill="BFBFBF"/>
            <w:vAlign w:val="center"/>
          </w:tcPr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  <w:t xml:space="preserve">MENOS GASTO DE INVERSIÓN EJECUTADO EN EL MES </w:t>
            </w:r>
          </w:p>
        </w:tc>
        <w:tc>
          <w:tcPr>
            <w:tcW w:w="2947" w:type="dxa"/>
            <w:shd w:val="clear" w:color="auto" w:fill="auto"/>
          </w:tcPr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</w:pPr>
          </w:p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</w:pPr>
          </w:p>
        </w:tc>
      </w:tr>
      <w:tr w:rsidR="00984EA7" w:rsidRPr="00D03793" w:rsidTr="00984EA7">
        <w:trPr>
          <w:trHeight w:val="375"/>
        </w:trPr>
        <w:tc>
          <w:tcPr>
            <w:tcW w:w="5979" w:type="dxa"/>
            <w:shd w:val="clear" w:color="auto" w:fill="BFBFBF"/>
            <w:vAlign w:val="center"/>
          </w:tcPr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  <w:t xml:space="preserve">SALDO FINAL EN LA CUENTA DESIGNADA </w:t>
            </w:r>
          </w:p>
        </w:tc>
        <w:tc>
          <w:tcPr>
            <w:tcW w:w="2947" w:type="dxa"/>
            <w:shd w:val="clear" w:color="auto" w:fill="auto"/>
          </w:tcPr>
          <w:p w:rsidR="00984EA7" w:rsidRPr="00D03793" w:rsidRDefault="00984EA7" w:rsidP="00984EA7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val="es-ES_tradnl" w:eastAsia="es-ES"/>
              </w:rPr>
            </w:pPr>
          </w:p>
        </w:tc>
      </w:tr>
    </w:tbl>
    <w:p w:rsidR="00AC1510" w:rsidRDefault="00AC1510" w:rsidP="00AC1510">
      <w:pPr>
        <w:rPr>
          <w:rFonts w:ascii="Arial" w:hAnsi="Arial" w:cs="Arial"/>
        </w:rPr>
      </w:pPr>
    </w:p>
    <w:p w:rsidR="00984EA7" w:rsidRPr="002D2854" w:rsidRDefault="005B7634" w:rsidP="002D2854">
      <w:pPr>
        <w:pStyle w:val="Prrafodelista"/>
        <w:keepNext/>
        <w:keepLines/>
        <w:numPr>
          <w:ilvl w:val="0"/>
          <w:numId w:val="17"/>
        </w:numPr>
        <w:spacing w:before="480" w:after="0"/>
        <w:outlineLvl w:val="0"/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</w:pPr>
      <w:r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t>CHECKLIST FINANCIERO</w:t>
      </w:r>
    </w:p>
    <w:p w:rsidR="004156FB" w:rsidRPr="00D03793" w:rsidRDefault="004156FB" w:rsidP="00122267">
      <w:pPr>
        <w:pStyle w:val="Sinespaciado"/>
        <w:rPr>
          <w:rFonts w:ascii="Arial" w:hAnsi="Arial" w:cs="Arial"/>
          <w:lang w:val="es-PA" w:eastAsia="es-PA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650"/>
      </w:tblGrid>
      <w:tr w:rsidR="002D2854" w:rsidRPr="00D03793" w:rsidTr="00A34473">
        <w:tc>
          <w:tcPr>
            <w:tcW w:w="0" w:type="auto"/>
            <w:hideMark/>
          </w:tcPr>
          <w:p w:rsidR="002D2854" w:rsidRPr="00D03793" w:rsidRDefault="002D2854" w:rsidP="00122267">
            <w:pPr>
              <w:pStyle w:val="Sinespaciado"/>
              <w:rPr>
                <w:rFonts w:ascii="Arial" w:hAnsi="Arial" w:cs="Arial"/>
                <w:lang w:eastAsia="es-PA"/>
              </w:rPr>
            </w:pPr>
            <w:r w:rsidRPr="00D03793">
              <w:rPr>
                <w:rFonts w:ascii="Arial" w:hAnsi="Arial" w:cs="Arial"/>
                <w:lang w:eastAsia="es-PA"/>
              </w:rPr>
              <w:t>Documento</w:t>
            </w:r>
            <w:r w:rsidR="00F7095F">
              <w:rPr>
                <w:rFonts w:ascii="Arial" w:hAnsi="Arial" w:cs="Arial"/>
                <w:lang w:eastAsia="es-PA"/>
              </w:rPr>
              <w:t xml:space="preserve"> Sustento</w:t>
            </w:r>
          </w:p>
        </w:tc>
      </w:tr>
      <w:tr w:rsidR="002D2854" w:rsidRPr="00D03793" w:rsidTr="00A34473">
        <w:tc>
          <w:tcPr>
            <w:tcW w:w="0" w:type="auto"/>
            <w:hideMark/>
          </w:tcPr>
          <w:p w:rsidR="002D2854" w:rsidRPr="00D03793" w:rsidRDefault="002D2854" w:rsidP="00122267">
            <w:pPr>
              <w:pStyle w:val="Sinespaciado"/>
              <w:rPr>
                <w:rFonts w:ascii="Arial" w:hAnsi="Arial" w:cs="Arial"/>
                <w:lang w:eastAsia="es-PA"/>
              </w:rPr>
            </w:pPr>
            <w:r w:rsidRPr="00D03793">
              <w:rPr>
                <w:rFonts w:ascii="Arial" w:hAnsi="Arial" w:cs="Arial"/>
                <w:lang w:eastAsia="es-PA"/>
              </w:rPr>
              <w:t>Facturas</w:t>
            </w:r>
          </w:p>
        </w:tc>
      </w:tr>
      <w:tr w:rsidR="002D2854" w:rsidRPr="00D03793" w:rsidTr="00A34473">
        <w:tc>
          <w:tcPr>
            <w:tcW w:w="0" w:type="auto"/>
            <w:hideMark/>
          </w:tcPr>
          <w:p w:rsidR="002D2854" w:rsidRPr="00D03793" w:rsidRDefault="002D2854" w:rsidP="00122267">
            <w:pPr>
              <w:pStyle w:val="Sinespaciado"/>
              <w:rPr>
                <w:rFonts w:ascii="Arial" w:hAnsi="Arial" w:cs="Arial"/>
                <w:lang w:eastAsia="es-PA"/>
              </w:rPr>
            </w:pPr>
            <w:proofErr w:type="spellStart"/>
            <w:r w:rsidRPr="00D03793">
              <w:rPr>
                <w:rFonts w:ascii="Arial" w:hAnsi="Arial" w:cs="Arial"/>
                <w:lang w:eastAsia="es-PA"/>
              </w:rPr>
              <w:t>Vouchers</w:t>
            </w:r>
            <w:proofErr w:type="spellEnd"/>
          </w:p>
        </w:tc>
      </w:tr>
      <w:tr w:rsidR="002D2854" w:rsidRPr="00D03793" w:rsidTr="00A34473">
        <w:tc>
          <w:tcPr>
            <w:tcW w:w="0" w:type="auto"/>
            <w:hideMark/>
          </w:tcPr>
          <w:p w:rsidR="002D2854" w:rsidRPr="00D03793" w:rsidRDefault="002D2854" w:rsidP="00122267">
            <w:pPr>
              <w:pStyle w:val="Sinespaciado"/>
              <w:rPr>
                <w:rFonts w:ascii="Arial" w:hAnsi="Arial" w:cs="Arial"/>
                <w:lang w:eastAsia="es-PA"/>
              </w:rPr>
            </w:pPr>
            <w:r w:rsidRPr="00D03793">
              <w:rPr>
                <w:rFonts w:ascii="Arial" w:hAnsi="Arial" w:cs="Arial"/>
                <w:lang w:eastAsia="es-PA"/>
              </w:rPr>
              <w:t>Copias de transferencias</w:t>
            </w:r>
          </w:p>
        </w:tc>
        <w:bookmarkStart w:id="1" w:name="_GoBack"/>
        <w:bookmarkEnd w:id="1"/>
      </w:tr>
      <w:tr w:rsidR="002D2854" w:rsidRPr="00D03793" w:rsidTr="00A34473">
        <w:tc>
          <w:tcPr>
            <w:tcW w:w="0" w:type="auto"/>
            <w:hideMark/>
          </w:tcPr>
          <w:p w:rsidR="002D2854" w:rsidRPr="00D03793" w:rsidRDefault="002D2854" w:rsidP="00122267">
            <w:pPr>
              <w:pStyle w:val="Sinespaciado"/>
              <w:rPr>
                <w:rFonts w:ascii="Arial" w:hAnsi="Arial" w:cs="Arial"/>
                <w:lang w:eastAsia="es-PA"/>
              </w:rPr>
            </w:pPr>
            <w:r w:rsidRPr="00D03793">
              <w:rPr>
                <w:rFonts w:ascii="Arial" w:hAnsi="Arial" w:cs="Arial"/>
                <w:lang w:eastAsia="es-PA"/>
              </w:rPr>
              <w:t>Contratos</w:t>
            </w:r>
          </w:p>
        </w:tc>
      </w:tr>
      <w:tr w:rsidR="002D2854" w:rsidRPr="00D03793" w:rsidTr="00A34473">
        <w:tc>
          <w:tcPr>
            <w:tcW w:w="0" w:type="auto"/>
            <w:hideMark/>
          </w:tcPr>
          <w:p w:rsidR="002D2854" w:rsidRPr="00D03793" w:rsidRDefault="002D2854" w:rsidP="00122267">
            <w:pPr>
              <w:pStyle w:val="Sinespaciado"/>
              <w:rPr>
                <w:rFonts w:ascii="Arial" w:hAnsi="Arial" w:cs="Arial"/>
                <w:lang w:eastAsia="es-PA"/>
              </w:rPr>
            </w:pPr>
            <w:r w:rsidRPr="00D03793">
              <w:rPr>
                <w:rFonts w:ascii="Arial" w:hAnsi="Arial" w:cs="Arial"/>
                <w:lang w:eastAsia="es-PA"/>
              </w:rPr>
              <w:t>Cheques</w:t>
            </w:r>
          </w:p>
        </w:tc>
      </w:tr>
    </w:tbl>
    <w:p w:rsidR="00F7095F" w:rsidRPr="00D03793" w:rsidRDefault="00F7095F" w:rsidP="00F7095F">
      <w:pPr>
        <w:pStyle w:val="Sinespaciado"/>
        <w:rPr>
          <w:rFonts w:ascii="Arial" w:hAnsi="Arial" w:cs="Arial"/>
          <w:lang w:val="es-PA" w:eastAsia="es-PA"/>
        </w:rPr>
      </w:pPr>
    </w:p>
    <w:p w:rsidR="002D2854" w:rsidRPr="00D03793" w:rsidRDefault="002D2854" w:rsidP="00122267">
      <w:pPr>
        <w:pStyle w:val="Sinespaciado"/>
        <w:rPr>
          <w:rFonts w:ascii="Arial" w:hAnsi="Arial" w:cs="Arial"/>
          <w:lang w:val="es-PA" w:eastAsia="es-PA"/>
        </w:rPr>
      </w:pPr>
    </w:p>
    <w:sectPr w:rsidR="002D2854" w:rsidRPr="00D03793" w:rsidSect="00700B44">
      <w:headerReference w:type="default" r:id="rId8"/>
      <w:pgSz w:w="12240" w:h="20160" w:code="5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1141" w:rsidRDefault="006E1141" w:rsidP="00700B44">
      <w:pPr>
        <w:spacing w:after="0" w:line="240" w:lineRule="auto"/>
      </w:pPr>
      <w:r>
        <w:separator/>
      </w:r>
    </w:p>
  </w:endnote>
  <w:endnote w:type="continuationSeparator" w:id="0">
    <w:p w:rsidR="006E1141" w:rsidRDefault="006E1141" w:rsidP="00700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1141" w:rsidRDefault="006E1141" w:rsidP="00700B44">
      <w:pPr>
        <w:spacing w:after="0" w:line="240" w:lineRule="auto"/>
      </w:pPr>
      <w:r>
        <w:separator/>
      </w:r>
    </w:p>
  </w:footnote>
  <w:footnote w:type="continuationSeparator" w:id="0">
    <w:p w:rsidR="006E1141" w:rsidRDefault="006E1141" w:rsidP="00700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B44" w:rsidRDefault="00700B44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770203C" wp14:editId="73916341">
              <wp:simplePos x="0" y="0"/>
              <wp:positionH relativeFrom="column">
                <wp:posOffset>5379720</wp:posOffset>
              </wp:positionH>
              <wp:positionV relativeFrom="paragraph">
                <wp:posOffset>-342900</wp:posOffset>
              </wp:positionV>
              <wp:extent cx="990600" cy="716280"/>
              <wp:effectExtent l="0" t="0" r="19050" b="2667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716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00B44" w:rsidRPr="0023215E" w:rsidRDefault="00700B44" w:rsidP="00700B44">
                          <w:pPr>
                            <w:pStyle w:val="Sinespaciado"/>
                            <w:jc w:val="center"/>
                            <w:rPr>
                              <w:b/>
                              <w:lang w:val="es-ES"/>
                            </w:rPr>
                          </w:pPr>
                          <w:r w:rsidRPr="0023215E">
                            <w:rPr>
                              <w:b/>
                              <w:lang w:val="es-ES"/>
                            </w:rPr>
                            <w:t>LOGO</w:t>
                          </w:r>
                        </w:p>
                        <w:p w:rsidR="00700B44" w:rsidRPr="0023215E" w:rsidRDefault="00700B44" w:rsidP="00700B44">
                          <w:pPr>
                            <w:pStyle w:val="Sinespaciado"/>
                            <w:jc w:val="center"/>
                            <w:rPr>
                              <w:b/>
                              <w:lang w:val="es-ES"/>
                            </w:rPr>
                          </w:pPr>
                          <w:r w:rsidRPr="0023215E">
                            <w:rPr>
                              <w:b/>
                              <w:lang w:val="es-ES"/>
                            </w:rPr>
                            <w:t>FUNDACIÓN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70203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23.6pt;margin-top:-27pt;width:78pt;height:56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">
              <v:textbox>
                <w:txbxContent>
                  <w:p w:rsidR="00700B44" w:rsidRPr="0023215E" w:rsidRDefault="00700B44" w:rsidP="00700B44">
                    <w:pPr>
                      <w:pStyle w:val="Sinespaciado"/>
                      <w:jc w:val="center"/>
                      <w:rPr>
                        <w:b/>
                        <w:lang w:val="es-ES"/>
                      </w:rPr>
                    </w:pPr>
                    <w:r w:rsidRPr="0023215E">
                      <w:rPr>
                        <w:b/>
                        <w:lang w:val="es-ES"/>
                      </w:rPr>
                      <w:t>LOGO</w:t>
                    </w:r>
                  </w:p>
                  <w:p w:rsidR="00700B44" w:rsidRPr="0023215E" w:rsidRDefault="00700B44" w:rsidP="00700B44">
                    <w:pPr>
                      <w:pStyle w:val="Sinespaciado"/>
                      <w:jc w:val="center"/>
                      <w:rPr>
                        <w:b/>
                        <w:lang w:val="es-ES"/>
                      </w:rPr>
                    </w:pPr>
                    <w:r w:rsidRPr="0023215E">
                      <w:rPr>
                        <w:b/>
                        <w:lang w:val="es-ES"/>
                      </w:rPr>
                      <w:t>FUNDACIÓN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 wp14:anchorId="45C902B4" wp14:editId="4B797DDE">
          <wp:simplePos x="0" y="0"/>
          <wp:positionH relativeFrom="column">
            <wp:posOffset>-769620</wp:posOffset>
          </wp:positionH>
          <wp:positionV relativeFrom="paragraph">
            <wp:posOffset>-274320</wp:posOffset>
          </wp:positionV>
          <wp:extent cx="1749425" cy="560705"/>
          <wp:effectExtent l="0" t="0" r="3175" b="0"/>
          <wp:wrapTight wrapText="bothSides">
            <wp:wrapPolygon edited="0">
              <wp:start x="0" y="0"/>
              <wp:lineTo x="0" y="20548"/>
              <wp:lineTo x="21404" y="20548"/>
              <wp:lineTo x="2140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4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97AA3"/>
    <w:multiLevelType w:val="hybridMultilevel"/>
    <w:tmpl w:val="BAB40090"/>
    <w:lvl w:ilvl="0" w:tplc="20E2E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0D4EBA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24977"/>
    <w:multiLevelType w:val="hybridMultilevel"/>
    <w:tmpl w:val="1F0C8DE4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D3497"/>
    <w:multiLevelType w:val="multilevel"/>
    <w:tmpl w:val="6614AD0C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633000D5"/>
    <w:multiLevelType w:val="hybridMultilevel"/>
    <w:tmpl w:val="EDEC2602"/>
    <w:lvl w:ilvl="0" w:tplc="ED6033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24134"/>
    <w:multiLevelType w:val="hybridMultilevel"/>
    <w:tmpl w:val="3EDE309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95569"/>
    <w:multiLevelType w:val="hybridMultilevel"/>
    <w:tmpl w:val="EB00152A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21754"/>
    <w:multiLevelType w:val="hybridMultilevel"/>
    <w:tmpl w:val="39B8BE0A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F3167"/>
    <w:multiLevelType w:val="hybridMultilevel"/>
    <w:tmpl w:val="F76A30B2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9"/>
  </w:num>
  <w:num w:numId="13">
    <w:abstractNumId w:val="13"/>
  </w:num>
  <w:num w:numId="14">
    <w:abstractNumId w:val="16"/>
  </w:num>
  <w:num w:numId="15">
    <w:abstractNumId w:val="14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267"/>
    <w:rsid w:val="0015074B"/>
    <w:rsid w:val="00155556"/>
    <w:rsid w:val="001B2E04"/>
    <w:rsid w:val="001F7F91"/>
    <w:rsid w:val="002645C8"/>
    <w:rsid w:val="0029639D"/>
    <w:rsid w:val="002D1863"/>
    <w:rsid w:val="002D2854"/>
    <w:rsid w:val="00326F90"/>
    <w:rsid w:val="0034289D"/>
    <w:rsid w:val="004156FB"/>
    <w:rsid w:val="00451B00"/>
    <w:rsid w:val="0047487F"/>
    <w:rsid w:val="00591A3B"/>
    <w:rsid w:val="005A64AC"/>
    <w:rsid w:val="005B7634"/>
    <w:rsid w:val="006E1141"/>
    <w:rsid w:val="00700B44"/>
    <w:rsid w:val="0074264C"/>
    <w:rsid w:val="00792531"/>
    <w:rsid w:val="007E3A9E"/>
    <w:rsid w:val="0080537F"/>
    <w:rsid w:val="0085040A"/>
    <w:rsid w:val="00872E2E"/>
    <w:rsid w:val="00984EA7"/>
    <w:rsid w:val="009C605B"/>
    <w:rsid w:val="00A3240D"/>
    <w:rsid w:val="00A954D0"/>
    <w:rsid w:val="00AA1D8D"/>
    <w:rsid w:val="00AC1510"/>
    <w:rsid w:val="00AC7230"/>
    <w:rsid w:val="00AD3113"/>
    <w:rsid w:val="00B47730"/>
    <w:rsid w:val="00C724AE"/>
    <w:rsid w:val="00CB0664"/>
    <w:rsid w:val="00CE0226"/>
    <w:rsid w:val="00D03793"/>
    <w:rsid w:val="00DC17F9"/>
    <w:rsid w:val="00DF710F"/>
    <w:rsid w:val="00E53151"/>
    <w:rsid w:val="00E83AED"/>
    <w:rsid w:val="00E931BC"/>
    <w:rsid w:val="00EE7609"/>
    <w:rsid w:val="00EF0D8D"/>
    <w:rsid w:val="00EF3FDA"/>
    <w:rsid w:val="00F709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4658F1C"/>
  <w14:defaultImageDpi w14:val="300"/>
  <w15:docId w15:val="{F9A0E505-DFA3-41D3-8531-B8827929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EA7"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concuadrcula1clara-nfasis1">
    <w:name w:val="Grid Table 1 Light Accent 1"/>
    <w:basedOn w:val="Tablanormal"/>
    <w:uiPriority w:val="46"/>
    <w:rsid w:val="00872E2E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4156FB"/>
    <w:pPr>
      <w:spacing w:after="0" w:line="240" w:lineRule="auto"/>
    </w:pPr>
    <w:rPr>
      <w:rFonts w:eastAsia="Calibri"/>
      <w:lang w:val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AC1510"/>
    <w:pPr>
      <w:suppressAutoHyphens/>
      <w:spacing w:after="0" w:line="240" w:lineRule="auto"/>
    </w:pPr>
    <w:rPr>
      <w:rFonts w:eastAsia="Calibri"/>
      <w:lang w:val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5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3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3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7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9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5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8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33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7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87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9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02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0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5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18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67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2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6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9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07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51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4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28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1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7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8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792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5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73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37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0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04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20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9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3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2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3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3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61D45F-A1A4-4CA2-9573-3D13077CE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Alejandro Stanley</cp:lastModifiedBy>
  <cp:revision>14</cp:revision>
  <cp:lastPrinted>2026-10-16T21:42:00Z</cp:lastPrinted>
  <dcterms:created xsi:type="dcterms:W3CDTF">2025-08-06T20:08:00Z</dcterms:created>
  <dcterms:modified xsi:type="dcterms:W3CDTF">2026-10-19T16:05:00Z</dcterms:modified>
  <cp:category/>
</cp:coreProperties>
</file>