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7F9" w:rsidRPr="00D03793" w:rsidRDefault="00872E2E" w:rsidP="00872E2E">
      <w:pPr>
        <w:pStyle w:val="Ttulo"/>
        <w:jc w:val="center"/>
        <w:rPr>
          <w:rFonts w:ascii="Arial" w:hAnsi="Arial" w:cs="Arial"/>
          <w:b/>
          <w:sz w:val="32"/>
        </w:rPr>
      </w:pPr>
      <w:r w:rsidRPr="00D03793">
        <w:rPr>
          <w:rFonts w:ascii="Arial" w:hAnsi="Arial" w:cs="Arial"/>
          <w:b/>
          <w:sz w:val="32"/>
        </w:rPr>
        <w:t>Fideicomiso de Agua, Áreas Protegidas y Vida Silvestre</w:t>
      </w:r>
    </w:p>
    <w:tbl>
      <w:tblPr>
        <w:tblStyle w:val="Tablaconcuadrcula1clara-nfasis1"/>
        <w:tblW w:w="8875" w:type="dxa"/>
        <w:tblLook w:val="04A0" w:firstRow="1" w:lastRow="0" w:firstColumn="1" w:lastColumn="0" w:noHBand="0" w:noVBand="1"/>
      </w:tblPr>
      <w:tblGrid>
        <w:gridCol w:w="8875"/>
      </w:tblGrid>
      <w:tr w:rsidR="00872E2E" w:rsidRPr="00D03793" w:rsidTr="00872E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5" w:type="dxa"/>
          </w:tcPr>
          <w:p w:rsidR="00872E2E" w:rsidRPr="00D03793" w:rsidRDefault="00872E2E" w:rsidP="004776F8">
            <w:pPr>
              <w:rPr>
                <w:rFonts w:ascii="Arial" w:hAnsi="Arial" w:cs="Arial"/>
                <w:b w:val="0"/>
                <w:color w:val="244061" w:themeColor="accent1" w:themeShade="80"/>
                <w:sz w:val="24"/>
              </w:rPr>
            </w:pPr>
          </w:p>
          <w:p w:rsidR="00872E2E" w:rsidRPr="00D03793" w:rsidRDefault="00872E2E" w:rsidP="00872E2E">
            <w:pPr>
              <w:jc w:val="center"/>
              <w:rPr>
                <w:rFonts w:ascii="Arial" w:hAnsi="Arial" w:cs="Arial"/>
                <w:color w:val="244061" w:themeColor="accent1" w:themeShade="80"/>
              </w:rPr>
            </w:pPr>
            <w:r w:rsidRPr="00D03793">
              <w:rPr>
                <w:rFonts w:ascii="Arial" w:hAnsi="Arial" w:cs="Arial"/>
                <w:b w:val="0"/>
                <w:color w:val="244061" w:themeColor="accent1" w:themeShade="80"/>
                <w:sz w:val="24"/>
              </w:rPr>
              <w:t>INFORME DE AVANCE DE PROYECTOS - SOCIEDAD CIVIL</w:t>
            </w:r>
          </w:p>
        </w:tc>
      </w:tr>
    </w:tbl>
    <w:p w:rsidR="00DC17F9" w:rsidRPr="00D03793" w:rsidRDefault="00DF710F" w:rsidP="00AC1510">
      <w:pPr>
        <w:pStyle w:val="Ttulo1"/>
        <w:numPr>
          <w:ilvl w:val="0"/>
          <w:numId w:val="10"/>
        </w:numPr>
        <w:rPr>
          <w:rFonts w:ascii="Arial" w:hAnsi="Arial" w:cs="Arial"/>
          <w:sz w:val="24"/>
        </w:rPr>
      </w:pPr>
      <w:r w:rsidRPr="00D03793">
        <w:rPr>
          <w:rFonts w:ascii="Arial" w:hAnsi="Arial" w:cs="Arial"/>
          <w:sz w:val="24"/>
        </w:rPr>
        <w:t>DATOS GENERALES DEL PROYECTO</w:t>
      </w:r>
    </w:p>
    <w:tbl>
      <w:tblPr>
        <w:tblStyle w:val="Tablaconcuadrcula"/>
        <w:tblW w:w="9486" w:type="dxa"/>
        <w:tblInd w:w="-299" w:type="dxa"/>
        <w:tblLayout w:type="fixed"/>
        <w:tblLook w:val="04A0" w:firstRow="1" w:lastRow="0" w:firstColumn="1" w:lastColumn="0" w:noHBand="0" w:noVBand="1"/>
      </w:tblPr>
      <w:tblGrid>
        <w:gridCol w:w="1482"/>
        <w:gridCol w:w="890"/>
        <w:gridCol w:w="1598"/>
        <w:gridCol w:w="1559"/>
        <w:gridCol w:w="3957"/>
      </w:tblGrid>
      <w:tr w:rsidR="00AC1510" w:rsidRPr="00D03793" w:rsidTr="005C04CB">
        <w:trPr>
          <w:trHeight w:val="313"/>
        </w:trPr>
        <w:tc>
          <w:tcPr>
            <w:tcW w:w="2372" w:type="dxa"/>
            <w:gridSpan w:val="2"/>
            <w:tcBorders>
              <w:top w:val="single" w:sz="12" w:space="0" w:color="000000"/>
              <w:left w:val="single" w:sz="12" w:space="0" w:color="000000"/>
            </w:tcBorders>
            <w:shd w:val="clear" w:color="auto" w:fill="C6D9F1" w:themeFill="text2" w:themeFillTint="33"/>
            <w:vAlign w:val="center"/>
          </w:tcPr>
          <w:p w:rsidR="00AC1510" w:rsidRPr="00D03793" w:rsidRDefault="00AC1510" w:rsidP="00484C73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Cs w:val="18"/>
                <w:lang w:eastAsia="es-ES"/>
              </w:rPr>
            </w:pPr>
            <w:r w:rsidRPr="00D03793"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  <w:t>N</w:t>
            </w:r>
            <w:r w:rsidR="004776F8"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  <w:t>o</w:t>
            </w:r>
            <w:r w:rsidRPr="00D03793"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  <w:t>mbre de</w:t>
            </w:r>
            <w:r w:rsidR="004776F8"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  <w:t xml:space="preserve"> la Organización</w:t>
            </w:r>
          </w:p>
        </w:tc>
        <w:tc>
          <w:tcPr>
            <w:tcW w:w="7114" w:type="dxa"/>
            <w:gridSpan w:val="3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AC1510" w:rsidRPr="00D03793" w:rsidRDefault="00AC1510" w:rsidP="00AC1510">
            <w:pPr>
              <w:jc w:val="center"/>
              <w:rPr>
                <w:rFonts w:ascii="Arial" w:hAnsi="Arial" w:cs="Arial"/>
                <w:b/>
                <w:color w:val="244061" w:themeColor="accent1" w:themeShade="80"/>
                <w:sz w:val="24"/>
              </w:rPr>
            </w:pPr>
            <w:r w:rsidRPr="00D03793">
              <w:rPr>
                <w:rFonts w:ascii="Arial" w:hAnsi="Arial" w:cs="Arial"/>
                <w:color w:val="244061" w:themeColor="accent1" w:themeShade="80"/>
                <w:sz w:val="24"/>
              </w:rPr>
              <w:t>FUNDACIÓN XYZ</w:t>
            </w:r>
          </w:p>
          <w:p w:rsidR="00AC1510" w:rsidRPr="00D03793" w:rsidRDefault="00AC1510" w:rsidP="00484C73">
            <w:pPr>
              <w:widowControl w:val="0"/>
              <w:tabs>
                <w:tab w:val="left" w:pos="3711"/>
              </w:tabs>
              <w:jc w:val="center"/>
              <w:rPr>
                <w:rFonts w:ascii="Arial" w:eastAsia="Times New Roman" w:hAnsi="Arial" w:cs="Arial"/>
                <w:b/>
                <w:szCs w:val="18"/>
                <w:lang w:eastAsia="es-ES"/>
              </w:rPr>
            </w:pPr>
          </w:p>
        </w:tc>
      </w:tr>
      <w:tr w:rsidR="00AC1510" w:rsidRPr="00D03793" w:rsidTr="005C04CB">
        <w:trPr>
          <w:trHeight w:val="647"/>
        </w:trPr>
        <w:tc>
          <w:tcPr>
            <w:tcW w:w="2372" w:type="dxa"/>
            <w:gridSpan w:val="2"/>
            <w:tcBorders>
              <w:left w:val="single" w:sz="12" w:space="0" w:color="000000"/>
            </w:tcBorders>
            <w:shd w:val="clear" w:color="auto" w:fill="C6D9F1" w:themeFill="text2" w:themeFillTint="33"/>
            <w:vAlign w:val="center"/>
          </w:tcPr>
          <w:p w:rsidR="00AC1510" w:rsidRPr="00D03793" w:rsidRDefault="00AC1510" w:rsidP="00484C73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Cs w:val="18"/>
                <w:lang w:eastAsia="es-ES"/>
              </w:rPr>
            </w:pPr>
            <w:r w:rsidRPr="00D03793"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  <w:t>Nombre del Proyecto</w:t>
            </w:r>
          </w:p>
        </w:tc>
        <w:tc>
          <w:tcPr>
            <w:tcW w:w="7114" w:type="dxa"/>
            <w:gridSpan w:val="3"/>
            <w:tcBorders>
              <w:right w:val="single" w:sz="12" w:space="0" w:color="000000"/>
            </w:tcBorders>
            <w:vAlign w:val="center"/>
          </w:tcPr>
          <w:p w:rsidR="00AC1510" w:rsidRPr="00D03793" w:rsidRDefault="00AC1510" w:rsidP="00484C73">
            <w:pPr>
              <w:widowControl w:val="0"/>
              <w:jc w:val="center"/>
              <w:rPr>
                <w:rFonts w:ascii="Arial" w:eastAsia="Times New Roman" w:hAnsi="Arial" w:cs="Arial"/>
                <w:szCs w:val="18"/>
                <w:lang w:val="es-PA" w:eastAsia="es-ES"/>
              </w:rPr>
            </w:pPr>
          </w:p>
        </w:tc>
      </w:tr>
      <w:tr w:rsidR="004E1E83" w:rsidRPr="00D03793" w:rsidTr="005C04CB">
        <w:trPr>
          <w:trHeight w:val="717"/>
        </w:trPr>
        <w:tc>
          <w:tcPr>
            <w:tcW w:w="1482" w:type="dxa"/>
            <w:tcBorders>
              <w:left w:val="single" w:sz="12" w:space="0" w:color="000000"/>
            </w:tcBorders>
            <w:shd w:val="clear" w:color="auto" w:fill="C6D9F1" w:themeFill="text2" w:themeFillTint="33"/>
            <w:vAlign w:val="center"/>
          </w:tcPr>
          <w:p w:rsidR="004E1E83" w:rsidRPr="00D03793" w:rsidRDefault="004E1E83" w:rsidP="00484C73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</w:pPr>
            <w:r w:rsidRPr="00D03793"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  <w:t>N° de Convenio</w:t>
            </w:r>
          </w:p>
        </w:tc>
        <w:tc>
          <w:tcPr>
            <w:tcW w:w="8004" w:type="dxa"/>
            <w:gridSpan w:val="4"/>
            <w:vAlign w:val="center"/>
          </w:tcPr>
          <w:p w:rsidR="004E1E83" w:rsidRPr="00D03793" w:rsidRDefault="004E1E83" w:rsidP="00484C73">
            <w:pPr>
              <w:widowControl w:val="0"/>
              <w:rPr>
                <w:rFonts w:ascii="Arial" w:eastAsia="Times New Roman" w:hAnsi="Arial" w:cs="Arial"/>
                <w:b/>
                <w:szCs w:val="18"/>
                <w:lang w:val="es-PA" w:eastAsia="es-ES"/>
              </w:rPr>
            </w:pPr>
          </w:p>
        </w:tc>
      </w:tr>
      <w:tr w:rsidR="005C04CB" w:rsidRPr="00D03793" w:rsidTr="004776F8">
        <w:trPr>
          <w:trHeight w:val="665"/>
        </w:trPr>
        <w:tc>
          <w:tcPr>
            <w:tcW w:w="1482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C6D9F1" w:themeFill="text2" w:themeFillTint="33"/>
            <w:vAlign w:val="center"/>
          </w:tcPr>
          <w:p w:rsidR="005C04CB" w:rsidRPr="00D03793" w:rsidRDefault="005C04CB" w:rsidP="00EF3FDA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</w:pPr>
            <w:r w:rsidRPr="00D03793"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  <w:t>Mes Reportado</w:t>
            </w:r>
          </w:p>
        </w:tc>
        <w:tc>
          <w:tcPr>
            <w:tcW w:w="2488" w:type="dxa"/>
            <w:gridSpan w:val="2"/>
            <w:tcBorders>
              <w:bottom w:val="single" w:sz="12" w:space="0" w:color="000000"/>
            </w:tcBorders>
            <w:vAlign w:val="center"/>
          </w:tcPr>
          <w:p w:rsidR="005C04CB" w:rsidRPr="00D03793" w:rsidRDefault="005C04CB" w:rsidP="00EF3FDA">
            <w:pPr>
              <w:widowControl w:val="0"/>
              <w:tabs>
                <w:tab w:val="left" w:pos="3711"/>
              </w:tabs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12" w:space="0" w:color="000000"/>
            </w:tcBorders>
            <w:shd w:val="clear" w:color="auto" w:fill="C6D9F1" w:themeFill="text2" w:themeFillTint="33"/>
            <w:vAlign w:val="center"/>
          </w:tcPr>
          <w:p w:rsidR="005C04CB" w:rsidRPr="00D03793" w:rsidRDefault="005C04CB" w:rsidP="00EF3FDA">
            <w:pPr>
              <w:widowControl w:val="0"/>
              <w:tabs>
                <w:tab w:val="left" w:pos="3711"/>
              </w:tabs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</w:pPr>
            <w:r w:rsidRPr="00D03793">
              <w:rPr>
                <w:rFonts w:ascii="Arial" w:eastAsia="Times New Roman" w:hAnsi="Arial" w:cs="Arial"/>
                <w:b/>
                <w:sz w:val="20"/>
                <w:szCs w:val="18"/>
                <w:lang w:eastAsia="es-ES"/>
              </w:rPr>
              <w:t>Código de Proyecto</w:t>
            </w:r>
          </w:p>
        </w:tc>
        <w:tc>
          <w:tcPr>
            <w:tcW w:w="3957" w:type="dxa"/>
            <w:tcBorders>
              <w:bottom w:val="single" w:sz="12" w:space="0" w:color="000000"/>
            </w:tcBorders>
            <w:vAlign w:val="center"/>
          </w:tcPr>
          <w:p w:rsidR="005C04CB" w:rsidRPr="00D03793" w:rsidRDefault="005C04CB" w:rsidP="00EF3FDA">
            <w:pPr>
              <w:widowControl w:val="0"/>
              <w:tabs>
                <w:tab w:val="left" w:pos="3711"/>
              </w:tabs>
              <w:rPr>
                <w:rFonts w:ascii="Arial" w:hAnsi="Arial" w:cs="Arial"/>
                <w:b/>
                <w:sz w:val="20"/>
                <w:lang w:val="es-PA"/>
              </w:rPr>
            </w:pPr>
          </w:p>
        </w:tc>
      </w:tr>
    </w:tbl>
    <w:p w:rsidR="00AC1510" w:rsidRDefault="00AC1510" w:rsidP="00AC1510">
      <w:pPr>
        <w:rPr>
          <w:rFonts w:ascii="Arial" w:hAnsi="Arial" w:cs="Arial"/>
        </w:rPr>
      </w:pPr>
    </w:p>
    <w:p w:rsidR="002645C8" w:rsidRDefault="002645C8" w:rsidP="00AC1510">
      <w:pPr>
        <w:rPr>
          <w:rFonts w:ascii="Arial" w:hAnsi="Arial" w:cs="Arial"/>
        </w:rPr>
      </w:pPr>
    </w:p>
    <w:p w:rsidR="002645C8" w:rsidRPr="002645C8" w:rsidRDefault="002645C8" w:rsidP="002645C8">
      <w:pPr>
        <w:pStyle w:val="Prrafodelista"/>
        <w:numPr>
          <w:ilvl w:val="0"/>
          <w:numId w:val="10"/>
        </w:numPr>
        <w:tabs>
          <w:tab w:val="left" w:pos="3669"/>
        </w:tabs>
        <w:spacing w:after="160" w:line="278" w:lineRule="auto"/>
        <w:rPr>
          <w:rFonts w:ascii="Arial" w:hAnsi="Arial" w:cs="Arial"/>
          <w:b/>
          <w:bCs/>
          <w:color w:val="365F91" w:themeColor="accent1" w:themeShade="BF"/>
          <w:sz w:val="24"/>
        </w:rPr>
      </w:pPr>
      <w:r w:rsidRPr="002645C8">
        <w:rPr>
          <w:rFonts w:ascii="Arial" w:hAnsi="Arial" w:cs="Arial"/>
          <w:b/>
          <w:bCs/>
          <w:color w:val="365F91" w:themeColor="accent1" w:themeShade="BF"/>
          <w:sz w:val="24"/>
        </w:rPr>
        <w:t>RESUMEN EJECUTIVO</w:t>
      </w:r>
    </w:p>
    <w:p w:rsidR="002645C8" w:rsidRPr="002645C8" w:rsidRDefault="00450483" w:rsidP="00450483">
      <w:pPr>
        <w:tabs>
          <w:tab w:val="left" w:pos="3669"/>
        </w:tabs>
        <w:jc w:val="both"/>
        <w:rPr>
          <w:rFonts w:ascii="Aptos" w:hAnsi="Aptos"/>
          <w:b/>
          <w:bCs/>
          <w:sz w:val="18"/>
        </w:rPr>
      </w:pPr>
      <w:proofErr w:type="spellStart"/>
      <w:r w:rsidRPr="00450483">
        <w:rPr>
          <w:rFonts w:ascii="Aptos" w:hAnsi="Aptos"/>
          <w:b/>
          <w:bCs/>
          <w:sz w:val="18"/>
        </w:rPr>
        <w:t>Redactar</w:t>
      </w:r>
      <w:proofErr w:type="spellEnd"/>
      <w:r w:rsidRPr="00450483">
        <w:rPr>
          <w:rFonts w:ascii="Aptos" w:hAnsi="Aptos"/>
          <w:b/>
          <w:bCs/>
          <w:sz w:val="18"/>
        </w:rPr>
        <w:t xml:space="preserve"> un </w:t>
      </w:r>
      <w:proofErr w:type="spellStart"/>
      <w:r w:rsidRPr="00450483">
        <w:rPr>
          <w:rFonts w:ascii="Aptos" w:hAnsi="Aptos"/>
          <w:b/>
          <w:bCs/>
          <w:sz w:val="18"/>
        </w:rPr>
        <w:t>resumen</w:t>
      </w:r>
      <w:proofErr w:type="spellEnd"/>
      <w:r w:rsidRPr="00450483">
        <w:rPr>
          <w:rFonts w:ascii="Aptos" w:hAnsi="Aptos"/>
          <w:b/>
          <w:bCs/>
          <w:sz w:val="18"/>
        </w:rPr>
        <w:t xml:space="preserve"> </w:t>
      </w:r>
      <w:proofErr w:type="spellStart"/>
      <w:r w:rsidRPr="00450483">
        <w:rPr>
          <w:rFonts w:ascii="Aptos" w:hAnsi="Aptos"/>
          <w:b/>
          <w:bCs/>
          <w:sz w:val="18"/>
        </w:rPr>
        <w:t>narrativo</w:t>
      </w:r>
      <w:proofErr w:type="spellEnd"/>
      <w:r w:rsidRPr="00450483">
        <w:rPr>
          <w:rFonts w:ascii="Aptos" w:hAnsi="Aptos"/>
          <w:b/>
          <w:bCs/>
          <w:sz w:val="18"/>
        </w:rPr>
        <w:t xml:space="preserve">, claro, </w:t>
      </w:r>
      <w:proofErr w:type="spellStart"/>
      <w:r w:rsidRPr="00450483">
        <w:rPr>
          <w:rFonts w:ascii="Aptos" w:hAnsi="Aptos"/>
          <w:b/>
          <w:bCs/>
          <w:sz w:val="18"/>
        </w:rPr>
        <w:t>preciso</w:t>
      </w:r>
      <w:proofErr w:type="spellEnd"/>
      <w:r w:rsidRPr="00450483">
        <w:rPr>
          <w:rFonts w:ascii="Aptos" w:hAnsi="Aptos"/>
          <w:b/>
          <w:bCs/>
          <w:sz w:val="18"/>
        </w:rPr>
        <w:t xml:space="preserve"> y </w:t>
      </w:r>
      <w:proofErr w:type="spellStart"/>
      <w:r w:rsidRPr="00450483">
        <w:rPr>
          <w:rFonts w:ascii="Aptos" w:hAnsi="Aptos"/>
          <w:b/>
          <w:bCs/>
          <w:sz w:val="18"/>
        </w:rPr>
        <w:t>detallado</w:t>
      </w:r>
      <w:proofErr w:type="spellEnd"/>
      <w:r w:rsidRPr="00450483">
        <w:rPr>
          <w:rFonts w:ascii="Aptos" w:hAnsi="Aptos"/>
          <w:b/>
          <w:bCs/>
          <w:sz w:val="18"/>
        </w:rPr>
        <w:t xml:space="preserve"> </w:t>
      </w:r>
      <w:proofErr w:type="spellStart"/>
      <w:r w:rsidRPr="00450483">
        <w:rPr>
          <w:rFonts w:ascii="Aptos" w:hAnsi="Aptos"/>
          <w:b/>
          <w:bCs/>
          <w:sz w:val="18"/>
        </w:rPr>
        <w:t>sobre</w:t>
      </w:r>
      <w:proofErr w:type="spellEnd"/>
      <w:r w:rsidRPr="00450483">
        <w:rPr>
          <w:rFonts w:ascii="Aptos" w:hAnsi="Aptos"/>
          <w:b/>
          <w:bCs/>
          <w:sz w:val="18"/>
        </w:rPr>
        <w:t xml:space="preserve"> la </w:t>
      </w:r>
      <w:proofErr w:type="spellStart"/>
      <w:r w:rsidRPr="00450483">
        <w:rPr>
          <w:rFonts w:ascii="Aptos" w:hAnsi="Aptos"/>
          <w:b/>
          <w:bCs/>
          <w:sz w:val="18"/>
        </w:rPr>
        <w:t>ejecución</w:t>
      </w:r>
      <w:proofErr w:type="spellEnd"/>
      <w:r w:rsidRPr="00450483">
        <w:rPr>
          <w:rFonts w:ascii="Aptos" w:hAnsi="Aptos"/>
          <w:b/>
          <w:bCs/>
          <w:sz w:val="18"/>
        </w:rPr>
        <w:t xml:space="preserve"> del </w:t>
      </w:r>
      <w:proofErr w:type="spellStart"/>
      <w:r w:rsidRPr="00450483">
        <w:rPr>
          <w:rFonts w:ascii="Aptos" w:hAnsi="Aptos"/>
          <w:b/>
          <w:bCs/>
          <w:sz w:val="18"/>
        </w:rPr>
        <w:t>proyecto</w:t>
      </w:r>
      <w:proofErr w:type="spellEnd"/>
      <w:r w:rsidRPr="00450483">
        <w:rPr>
          <w:rFonts w:ascii="Aptos" w:hAnsi="Aptos"/>
          <w:b/>
          <w:bCs/>
          <w:sz w:val="18"/>
        </w:rPr>
        <w:t xml:space="preserve"> </w:t>
      </w:r>
      <w:proofErr w:type="spellStart"/>
      <w:r w:rsidRPr="00450483">
        <w:rPr>
          <w:rFonts w:ascii="Aptos" w:hAnsi="Aptos"/>
          <w:b/>
          <w:bCs/>
          <w:sz w:val="18"/>
        </w:rPr>
        <w:t>durante</w:t>
      </w:r>
      <w:proofErr w:type="spellEnd"/>
      <w:r w:rsidRPr="00450483">
        <w:rPr>
          <w:rFonts w:ascii="Aptos" w:hAnsi="Aptos"/>
          <w:b/>
          <w:bCs/>
          <w:sz w:val="18"/>
        </w:rPr>
        <w:t xml:space="preserve"> el </w:t>
      </w:r>
      <w:proofErr w:type="spellStart"/>
      <w:r w:rsidRPr="00450483">
        <w:rPr>
          <w:rFonts w:ascii="Aptos" w:hAnsi="Aptos"/>
          <w:b/>
          <w:bCs/>
          <w:sz w:val="18"/>
        </w:rPr>
        <w:t>mes</w:t>
      </w:r>
      <w:proofErr w:type="spellEnd"/>
      <w:r w:rsidRPr="00450483">
        <w:rPr>
          <w:rFonts w:ascii="Aptos" w:hAnsi="Aptos"/>
          <w:b/>
          <w:bCs/>
          <w:sz w:val="18"/>
        </w:rPr>
        <w:t xml:space="preserve"> </w:t>
      </w:r>
      <w:proofErr w:type="spellStart"/>
      <w:r w:rsidRPr="00450483">
        <w:rPr>
          <w:rFonts w:ascii="Aptos" w:hAnsi="Aptos"/>
          <w:b/>
          <w:bCs/>
          <w:sz w:val="18"/>
        </w:rPr>
        <w:t>reportado</w:t>
      </w:r>
      <w:proofErr w:type="spellEnd"/>
      <w:r w:rsidRPr="00450483">
        <w:rPr>
          <w:rFonts w:ascii="Aptos" w:hAnsi="Aptos"/>
          <w:b/>
          <w:bCs/>
          <w:sz w:val="18"/>
        </w:rPr>
        <w:t xml:space="preserve">, </w:t>
      </w:r>
      <w:proofErr w:type="spellStart"/>
      <w:r w:rsidRPr="00450483">
        <w:rPr>
          <w:rFonts w:ascii="Aptos" w:hAnsi="Aptos"/>
          <w:b/>
          <w:bCs/>
          <w:sz w:val="18"/>
        </w:rPr>
        <w:t>describiendo</w:t>
      </w:r>
      <w:proofErr w:type="spellEnd"/>
      <w:r w:rsidRPr="00450483">
        <w:rPr>
          <w:rFonts w:ascii="Aptos" w:hAnsi="Aptos"/>
          <w:b/>
          <w:bCs/>
          <w:sz w:val="18"/>
        </w:rPr>
        <w:t xml:space="preserve"> las </w:t>
      </w:r>
      <w:proofErr w:type="spellStart"/>
      <w:r w:rsidRPr="00450483">
        <w:rPr>
          <w:rFonts w:ascii="Aptos" w:hAnsi="Aptos"/>
          <w:b/>
          <w:bCs/>
          <w:sz w:val="18"/>
        </w:rPr>
        <w:t>actividades</w:t>
      </w:r>
      <w:proofErr w:type="spellEnd"/>
      <w:r w:rsidRPr="00450483">
        <w:rPr>
          <w:rFonts w:ascii="Aptos" w:hAnsi="Aptos"/>
          <w:b/>
          <w:bCs/>
          <w:sz w:val="18"/>
        </w:rPr>
        <w:t xml:space="preserve"> </w:t>
      </w:r>
      <w:proofErr w:type="spellStart"/>
      <w:r w:rsidRPr="00450483">
        <w:rPr>
          <w:rFonts w:ascii="Aptos" w:hAnsi="Aptos"/>
          <w:b/>
          <w:bCs/>
          <w:sz w:val="18"/>
        </w:rPr>
        <w:t>desarrolladas</w:t>
      </w:r>
      <w:proofErr w:type="spellEnd"/>
      <w:r w:rsidRPr="00450483">
        <w:rPr>
          <w:rFonts w:ascii="Aptos" w:hAnsi="Aptos"/>
          <w:b/>
          <w:bCs/>
          <w:sz w:val="18"/>
        </w:rPr>
        <w:t xml:space="preserve">, los </w:t>
      </w:r>
      <w:proofErr w:type="spellStart"/>
      <w:r w:rsidRPr="00450483">
        <w:rPr>
          <w:rFonts w:ascii="Aptos" w:hAnsi="Aptos"/>
          <w:b/>
          <w:bCs/>
          <w:sz w:val="18"/>
        </w:rPr>
        <w:t>avances</w:t>
      </w:r>
      <w:proofErr w:type="spellEnd"/>
      <w:r w:rsidRPr="00450483">
        <w:rPr>
          <w:rFonts w:ascii="Aptos" w:hAnsi="Aptos"/>
          <w:b/>
          <w:bCs/>
          <w:sz w:val="18"/>
        </w:rPr>
        <w:t xml:space="preserve"> </w:t>
      </w:r>
      <w:proofErr w:type="spellStart"/>
      <w:r w:rsidRPr="00450483">
        <w:rPr>
          <w:rFonts w:ascii="Aptos" w:hAnsi="Aptos"/>
          <w:b/>
          <w:bCs/>
          <w:sz w:val="18"/>
        </w:rPr>
        <w:t>físicos</w:t>
      </w:r>
      <w:proofErr w:type="spellEnd"/>
      <w:r w:rsidRPr="00450483">
        <w:rPr>
          <w:rFonts w:ascii="Aptos" w:hAnsi="Aptos"/>
          <w:b/>
          <w:bCs/>
          <w:sz w:val="18"/>
        </w:rPr>
        <w:t xml:space="preserve"> y </w:t>
      </w:r>
      <w:proofErr w:type="spellStart"/>
      <w:r w:rsidRPr="00450483">
        <w:rPr>
          <w:rFonts w:ascii="Aptos" w:hAnsi="Aptos"/>
          <w:b/>
          <w:bCs/>
          <w:sz w:val="18"/>
        </w:rPr>
        <w:t>técnicos</w:t>
      </w:r>
      <w:proofErr w:type="spellEnd"/>
      <w:r w:rsidRPr="00450483">
        <w:rPr>
          <w:rFonts w:ascii="Aptos" w:hAnsi="Aptos"/>
          <w:b/>
          <w:bCs/>
          <w:sz w:val="18"/>
        </w:rPr>
        <w:t xml:space="preserve"> </w:t>
      </w:r>
      <w:proofErr w:type="spellStart"/>
      <w:r w:rsidRPr="00450483">
        <w:rPr>
          <w:rFonts w:ascii="Aptos" w:hAnsi="Aptos"/>
          <w:b/>
          <w:bCs/>
          <w:sz w:val="18"/>
        </w:rPr>
        <w:t>alcanzados</w:t>
      </w:r>
      <w:proofErr w:type="spellEnd"/>
      <w:r w:rsidRPr="00450483">
        <w:rPr>
          <w:rFonts w:ascii="Aptos" w:hAnsi="Aptos"/>
          <w:b/>
          <w:bCs/>
          <w:sz w:val="18"/>
        </w:rPr>
        <w:t xml:space="preserve">, los </w:t>
      </w:r>
      <w:proofErr w:type="spellStart"/>
      <w:r w:rsidRPr="00450483">
        <w:rPr>
          <w:rFonts w:ascii="Aptos" w:hAnsi="Aptos"/>
          <w:b/>
          <w:bCs/>
          <w:sz w:val="18"/>
        </w:rPr>
        <w:t>resultados</w:t>
      </w:r>
      <w:proofErr w:type="spellEnd"/>
      <w:r w:rsidRPr="00450483">
        <w:rPr>
          <w:rFonts w:ascii="Aptos" w:hAnsi="Aptos"/>
          <w:b/>
          <w:bCs/>
          <w:sz w:val="18"/>
        </w:rPr>
        <w:t xml:space="preserve"> </w:t>
      </w:r>
      <w:proofErr w:type="spellStart"/>
      <w:r w:rsidRPr="00450483">
        <w:rPr>
          <w:rFonts w:ascii="Aptos" w:hAnsi="Aptos"/>
          <w:b/>
          <w:bCs/>
          <w:sz w:val="18"/>
        </w:rPr>
        <w:t>obtenidos</w:t>
      </w:r>
      <w:proofErr w:type="spellEnd"/>
      <w:r w:rsidRPr="00450483">
        <w:rPr>
          <w:rFonts w:ascii="Aptos" w:hAnsi="Aptos"/>
          <w:b/>
          <w:bCs/>
          <w:sz w:val="18"/>
        </w:rPr>
        <w:t xml:space="preserve"> y los </w:t>
      </w:r>
      <w:proofErr w:type="spellStart"/>
      <w:r w:rsidRPr="00450483">
        <w:rPr>
          <w:rFonts w:ascii="Aptos" w:hAnsi="Aptos"/>
          <w:b/>
          <w:bCs/>
          <w:sz w:val="18"/>
        </w:rPr>
        <w:t>aspectos</w:t>
      </w:r>
      <w:proofErr w:type="spellEnd"/>
      <w:r w:rsidRPr="00450483">
        <w:rPr>
          <w:rFonts w:ascii="Aptos" w:hAnsi="Aptos"/>
          <w:b/>
          <w:bCs/>
          <w:sz w:val="18"/>
        </w:rPr>
        <w:t xml:space="preserve"> </w:t>
      </w:r>
      <w:proofErr w:type="spellStart"/>
      <w:r w:rsidRPr="00450483">
        <w:rPr>
          <w:rFonts w:ascii="Aptos" w:hAnsi="Aptos"/>
          <w:b/>
          <w:bCs/>
          <w:sz w:val="18"/>
        </w:rPr>
        <w:t>relevantes</w:t>
      </w:r>
      <w:proofErr w:type="spellEnd"/>
      <w:r w:rsidRPr="00450483">
        <w:rPr>
          <w:rFonts w:ascii="Aptos" w:hAnsi="Aptos"/>
          <w:b/>
          <w:bCs/>
          <w:sz w:val="18"/>
        </w:rPr>
        <w:t xml:space="preserve"> que </w:t>
      </w:r>
      <w:proofErr w:type="spellStart"/>
      <w:r w:rsidRPr="00450483">
        <w:rPr>
          <w:rFonts w:ascii="Aptos" w:hAnsi="Aptos"/>
          <w:b/>
          <w:bCs/>
          <w:sz w:val="18"/>
        </w:rPr>
        <w:t>permitan</w:t>
      </w:r>
      <w:proofErr w:type="spellEnd"/>
      <w:r w:rsidRPr="00450483">
        <w:rPr>
          <w:rFonts w:ascii="Aptos" w:hAnsi="Aptos"/>
          <w:b/>
          <w:bCs/>
          <w:sz w:val="18"/>
        </w:rPr>
        <w:t xml:space="preserve"> </w:t>
      </w:r>
      <w:proofErr w:type="spellStart"/>
      <w:r w:rsidRPr="00450483">
        <w:rPr>
          <w:rFonts w:ascii="Aptos" w:hAnsi="Aptos"/>
          <w:b/>
          <w:bCs/>
          <w:sz w:val="18"/>
        </w:rPr>
        <w:t>conocer</w:t>
      </w:r>
      <w:proofErr w:type="spellEnd"/>
      <w:r w:rsidRPr="00450483">
        <w:rPr>
          <w:rFonts w:ascii="Aptos" w:hAnsi="Aptos"/>
          <w:b/>
          <w:bCs/>
          <w:sz w:val="18"/>
        </w:rPr>
        <w:t xml:space="preserve"> el </w:t>
      </w:r>
      <w:proofErr w:type="spellStart"/>
      <w:r w:rsidRPr="00450483">
        <w:rPr>
          <w:rFonts w:ascii="Aptos" w:hAnsi="Aptos"/>
          <w:b/>
          <w:bCs/>
          <w:sz w:val="18"/>
        </w:rPr>
        <w:t>estado</w:t>
      </w:r>
      <w:proofErr w:type="spellEnd"/>
      <w:r w:rsidRPr="00450483">
        <w:rPr>
          <w:rFonts w:ascii="Aptos" w:hAnsi="Aptos"/>
          <w:b/>
          <w:bCs/>
          <w:sz w:val="18"/>
        </w:rPr>
        <w:t xml:space="preserve"> actual de </w:t>
      </w:r>
      <w:proofErr w:type="spellStart"/>
      <w:r w:rsidRPr="00450483">
        <w:rPr>
          <w:rFonts w:ascii="Aptos" w:hAnsi="Aptos"/>
          <w:b/>
          <w:bCs/>
          <w:sz w:val="18"/>
        </w:rPr>
        <w:t>ejecución</w:t>
      </w:r>
      <w:proofErr w:type="spellEnd"/>
      <w:r w:rsidRPr="00450483">
        <w:rPr>
          <w:rFonts w:ascii="Aptos" w:hAnsi="Aptos"/>
          <w:b/>
          <w:bCs/>
          <w:sz w:val="18"/>
        </w:rPr>
        <w:t xml:space="preserve"> del </w:t>
      </w:r>
      <w:proofErr w:type="spellStart"/>
      <w:r w:rsidRPr="00450483">
        <w:rPr>
          <w:rFonts w:ascii="Aptos" w:hAnsi="Aptos"/>
          <w:b/>
          <w:bCs/>
          <w:sz w:val="18"/>
        </w:rPr>
        <w:t>proyecto</w:t>
      </w:r>
      <w:proofErr w:type="spellEnd"/>
      <w:r w:rsidRPr="00450483">
        <w:rPr>
          <w:rFonts w:ascii="Aptos" w:hAnsi="Aptos"/>
          <w:b/>
          <w:bCs/>
          <w:sz w:val="18"/>
        </w:rPr>
        <w:t>.</w:t>
      </w:r>
    </w:p>
    <w:p w:rsidR="002645C8" w:rsidRPr="002645C8" w:rsidRDefault="00DF710F" w:rsidP="00D03535">
      <w:pPr>
        <w:pStyle w:val="Ttulo1"/>
        <w:numPr>
          <w:ilvl w:val="0"/>
          <w:numId w:val="10"/>
        </w:numPr>
      </w:pPr>
      <w:r w:rsidRPr="00321AD2">
        <w:rPr>
          <w:rFonts w:ascii="Arial" w:hAnsi="Arial" w:cs="Arial"/>
          <w:sz w:val="24"/>
        </w:rPr>
        <w:t xml:space="preserve">AVANCE </w:t>
      </w:r>
      <w:r w:rsidR="00122267" w:rsidRPr="00321AD2">
        <w:rPr>
          <w:rFonts w:ascii="Arial" w:hAnsi="Arial" w:cs="Arial"/>
          <w:sz w:val="24"/>
        </w:rPr>
        <w:t xml:space="preserve">DE EJECUCIÓN </w:t>
      </w:r>
      <w:r w:rsidRPr="00321AD2">
        <w:rPr>
          <w:rFonts w:ascii="Arial" w:hAnsi="Arial" w:cs="Arial"/>
          <w:sz w:val="24"/>
        </w:rPr>
        <w:t>TÉCNIC</w:t>
      </w:r>
      <w:r w:rsidR="00321AD2">
        <w:rPr>
          <w:rFonts w:ascii="Arial" w:hAnsi="Arial" w:cs="Arial"/>
          <w:sz w:val="24"/>
        </w:rPr>
        <w:t>O</w:t>
      </w:r>
    </w:p>
    <w:p w:rsidR="00321AD2" w:rsidRDefault="00DF710F" w:rsidP="00B67FAB">
      <w:pPr>
        <w:pStyle w:val="Ttulo2"/>
        <w:ind w:left="720"/>
        <w:rPr>
          <w:rFonts w:ascii="Arial" w:hAnsi="Arial" w:cs="Arial"/>
        </w:rPr>
      </w:pPr>
      <w:proofErr w:type="spellStart"/>
      <w:r w:rsidRPr="00D03793">
        <w:rPr>
          <w:rFonts w:ascii="Arial" w:hAnsi="Arial" w:cs="Arial"/>
        </w:rPr>
        <w:t>Productos</w:t>
      </w:r>
      <w:proofErr w:type="spellEnd"/>
      <w:r w:rsidRPr="00D03793">
        <w:rPr>
          <w:rFonts w:ascii="Arial" w:hAnsi="Arial" w:cs="Arial"/>
        </w:rPr>
        <w:t xml:space="preserve"> </w:t>
      </w:r>
      <w:proofErr w:type="spellStart"/>
      <w:r w:rsidRPr="00D03793">
        <w:rPr>
          <w:rFonts w:ascii="Arial" w:hAnsi="Arial" w:cs="Arial"/>
        </w:rPr>
        <w:t>Esperados</w:t>
      </w:r>
      <w:proofErr w:type="spellEnd"/>
    </w:p>
    <w:p w:rsidR="00321AD2" w:rsidRPr="00321AD2" w:rsidRDefault="00321AD2" w:rsidP="004F28D8">
      <w:pPr>
        <w:jc w:val="center"/>
      </w:pPr>
    </w:p>
    <w:tbl>
      <w:tblPr>
        <w:tblStyle w:val="Tablaconcuadrcula"/>
        <w:tblW w:w="10309" w:type="dxa"/>
        <w:tblInd w:w="-779" w:type="dxa"/>
        <w:tblLook w:val="04A0" w:firstRow="1" w:lastRow="0" w:firstColumn="1" w:lastColumn="0" w:noHBand="0" w:noVBand="1"/>
      </w:tblPr>
      <w:tblGrid>
        <w:gridCol w:w="1401"/>
        <w:gridCol w:w="1383"/>
        <w:gridCol w:w="1389"/>
        <w:gridCol w:w="1208"/>
        <w:gridCol w:w="1300"/>
        <w:gridCol w:w="1171"/>
        <w:gridCol w:w="1265"/>
        <w:gridCol w:w="1192"/>
      </w:tblGrid>
      <w:tr w:rsidR="009C4081" w:rsidRPr="00D03793" w:rsidTr="00122C95">
        <w:trPr>
          <w:trHeight w:val="535"/>
        </w:trPr>
        <w:tc>
          <w:tcPr>
            <w:tcW w:w="1401" w:type="dxa"/>
            <w:shd w:val="clear" w:color="auto" w:fill="C6D9F1" w:themeFill="text2" w:themeFillTint="33"/>
          </w:tcPr>
          <w:p w:rsidR="009C4081" w:rsidRPr="00321AD2" w:rsidRDefault="009C4081" w:rsidP="004F28D8">
            <w:pPr>
              <w:jc w:val="center"/>
              <w:rPr>
                <w:rFonts w:ascii="Arial" w:hAnsi="Arial" w:cs="Arial"/>
                <w:sz w:val="14"/>
              </w:rPr>
            </w:pPr>
            <w:r w:rsidRPr="00321AD2">
              <w:rPr>
                <w:rFonts w:ascii="Arial" w:hAnsi="Arial" w:cs="Arial"/>
                <w:sz w:val="14"/>
              </w:rPr>
              <w:t>DESEMBOLSO</w:t>
            </w:r>
          </w:p>
        </w:tc>
        <w:tc>
          <w:tcPr>
            <w:tcW w:w="1383" w:type="dxa"/>
            <w:shd w:val="clear" w:color="auto" w:fill="C6D9F1" w:themeFill="text2" w:themeFillTint="33"/>
          </w:tcPr>
          <w:p w:rsidR="009C4081" w:rsidRPr="00321AD2" w:rsidRDefault="009C4081" w:rsidP="004F28D8">
            <w:pPr>
              <w:jc w:val="center"/>
              <w:rPr>
                <w:rFonts w:ascii="Arial" w:hAnsi="Arial" w:cs="Arial"/>
                <w:sz w:val="14"/>
              </w:rPr>
            </w:pPr>
            <w:r w:rsidRPr="00321AD2">
              <w:rPr>
                <w:rFonts w:ascii="Arial" w:hAnsi="Arial" w:cs="Arial"/>
                <w:sz w:val="14"/>
              </w:rPr>
              <w:t>PRODUCTO ESPERADO</w:t>
            </w:r>
          </w:p>
        </w:tc>
        <w:tc>
          <w:tcPr>
            <w:tcW w:w="1389" w:type="dxa"/>
            <w:shd w:val="clear" w:color="auto" w:fill="C6D9F1" w:themeFill="text2" w:themeFillTint="33"/>
          </w:tcPr>
          <w:p w:rsidR="009C4081" w:rsidRDefault="009C4081" w:rsidP="004F28D8">
            <w:pPr>
              <w:jc w:val="center"/>
              <w:rPr>
                <w:rFonts w:ascii="Arial" w:hAnsi="Arial" w:cs="Arial"/>
                <w:sz w:val="14"/>
              </w:rPr>
            </w:pPr>
          </w:p>
          <w:p w:rsidR="009C4081" w:rsidRPr="00321AD2" w:rsidRDefault="009C4081" w:rsidP="004F28D8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ENTREGABLE</w:t>
            </w:r>
          </w:p>
        </w:tc>
        <w:tc>
          <w:tcPr>
            <w:tcW w:w="1208" w:type="dxa"/>
            <w:shd w:val="clear" w:color="auto" w:fill="C6D9F1" w:themeFill="text2" w:themeFillTint="33"/>
          </w:tcPr>
          <w:p w:rsidR="009C4081" w:rsidRPr="00321AD2" w:rsidRDefault="009C4081" w:rsidP="004F28D8">
            <w:pPr>
              <w:jc w:val="center"/>
              <w:rPr>
                <w:rFonts w:ascii="Arial" w:hAnsi="Arial" w:cs="Arial"/>
                <w:sz w:val="14"/>
              </w:rPr>
            </w:pPr>
            <w:r w:rsidRPr="00321AD2">
              <w:rPr>
                <w:rFonts w:ascii="Arial" w:hAnsi="Arial" w:cs="Arial"/>
                <w:sz w:val="14"/>
              </w:rPr>
              <w:t>INDICADOR DEL</w:t>
            </w:r>
            <w:r>
              <w:rPr>
                <w:rFonts w:ascii="Arial" w:hAnsi="Arial" w:cs="Arial"/>
                <w:sz w:val="14"/>
              </w:rPr>
              <w:t xml:space="preserve"> ENTREGABLE</w:t>
            </w:r>
          </w:p>
        </w:tc>
        <w:tc>
          <w:tcPr>
            <w:tcW w:w="1300" w:type="dxa"/>
            <w:shd w:val="clear" w:color="auto" w:fill="C6D9F1" w:themeFill="text2" w:themeFillTint="33"/>
          </w:tcPr>
          <w:p w:rsidR="009C4081" w:rsidRPr="00321AD2" w:rsidRDefault="009C4081" w:rsidP="004F28D8">
            <w:pPr>
              <w:jc w:val="center"/>
              <w:rPr>
                <w:rFonts w:ascii="Arial" w:hAnsi="Arial" w:cs="Arial"/>
                <w:sz w:val="14"/>
              </w:rPr>
            </w:pPr>
            <w:r w:rsidRPr="00321AD2">
              <w:rPr>
                <w:rFonts w:ascii="Arial" w:hAnsi="Arial" w:cs="Arial"/>
                <w:sz w:val="14"/>
              </w:rPr>
              <w:t>MEDIO DE VERIFIACIÓN</w:t>
            </w:r>
          </w:p>
        </w:tc>
        <w:tc>
          <w:tcPr>
            <w:tcW w:w="1171" w:type="dxa"/>
            <w:shd w:val="clear" w:color="auto" w:fill="C6D9F1" w:themeFill="text2" w:themeFillTint="33"/>
          </w:tcPr>
          <w:p w:rsidR="009C4081" w:rsidRPr="00321AD2" w:rsidRDefault="009C4081" w:rsidP="004F28D8">
            <w:pPr>
              <w:jc w:val="center"/>
              <w:rPr>
                <w:rFonts w:ascii="Arial" w:hAnsi="Arial" w:cs="Arial"/>
                <w:sz w:val="14"/>
              </w:rPr>
            </w:pPr>
            <w:r w:rsidRPr="00321AD2">
              <w:rPr>
                <w:rFonts w:ascii="Arial" w:hAnsi="Arial" w:cs="Arial"/>
                <w:sz w:val="14"/>
              </w:rPr>
              <w:t>PLAZO DE ENTREGA</w:t>
            </w:r>
            <w:r w:rsidR="00484B42">
              <w:rPr>
                <w:rFonts w:ascii="Arial" w:hAnsi="Arial" w:cs="Arial"/>
                <w:sz w:val="14"/>
              </w:rPr>
              <w:t xml:space="preserve"> PLANIFICADA</w:t>
            </w:r>
            <w:r w:rsidR="00122C95">
              <w:rPr>
                <w:rFonts w:ascii="Arial" w:hAnsi="Arial" w:cs="Arial"/>
                <w:sz w:val="14"/>
              </w:rPr>
              <w:t xml:space="preserve"> DEL ENTREGABLE</w:t>
            </w:r>
          </w:p>
        </w:tc>
        <w:tc>
          <w:tcPr>
            <w:tcW w:w="1265" w:type="dxa"/>
            <w:shd w:val="clear" w:color="auto" w:fill="C6D9F1" w:themeFill="text2" w:themeFillTint="33"/>
          </w:tcPr>
          <w:p w:rsidR="009C4081" w:rsidRPr="00321AD2" w:rsidRDefault="00484B42" w:rsidP="004F28D8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FECHA DE CUMPLIMENTO D</w:t>
            </w:r>
            <w:r w:rsidR="00122C95">
              <w:rPr>
                <w:rFonts w:ascii="Arial" w:hAnsi="Arial" w:cs="Arial"/>
                <w:sz w:val="14"/>
              </w:rPr>
              <w:t>EL ENTREGABLE</w:t>
            </w:r>
          </w:p>
        </w:tc>
        <w:tc>
          <w:tcPr>
            <w:tcW w:w="1192" w:type="dxa"/>
            <w:shd w:val="clear" w:color="auto" w:fill="C6D9F1" w:themeFill="text2" w:themeFillTint="33"/>
          </w:tcPr>
          <w:p w:rsidR="009C4081" w:rsidRPr="00321AD2" w:rsidRDefault="009C4081" w:rsidP="004F28D8">
            <w:pPr>
              <w:jc w:val="center"/>
              <w:rPr>
                <w:rFonts w:ascii="Arial" w:hAnsi="Arial" w:cs="Arial"/>
                <w:sz w:val="14"/>
              </w:rPr>
            </w:pPr>
            <w:r w:rsidRPr="00321AD2">
              <w:rPr>
                <w:rFonts w:ascii="Arial" w:hAnsi="Arial" w:cs="Arial"/>
                <w:sz w:val="14"/>
              </w:rPr>
              <w:t>% DE AVANCE DEL PRODUCTO</w:t>
            </w:r>
          </w:p>
        </w:tc>
      </w:tr>
      <w:tr w:rsidR="009C4081" w:rsidRPr="00D03793" w:rsidTr="00122C95">
        <w:trPr>
          <w:trHeight w:val="1590"/>
        </w:trPr>
        <w:tc>
          <w:tcPr>
            <w:tcW w:w="1401" w:type="dxa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1383" w:type="dxa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389" w:type="dxa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08" w:type="dxa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300" w:type="dxa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171" w:type="dxa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65" w:type="dxa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192" w:type="dxa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9C4081" w:rsidRPr="00D03793" w:rsidTr="00122C95">
        <w:trPr>
          <w:trHeight w:val="266"/>
        </w:trPr>
        <w:tc>
          <w:tcPr>
            <w:tcW w:w="1401" w:type="dxa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  <w:r w:rsidRPr="00D03793">
              <w:rPr>
                <w:rFonts w:ascii="Arial" w:hAnsi="Arial" w:cs="Arial"/>
                <w:sz w:val="16"/>
              </w:rPr>
              <w:t>x</w:t>
            </w:r>
          </w:p>
        </w:tc>
        <w:tc>
          <w:tcPr>
            <w:tcW w:w="1383" w:type="dxa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  <w:r w:rsidRPr="00D03793">
              <w:rPr>
                <w:rFonts w:ascii="Arial" w:hAnsi="Arial" w:cs="Arial"/>
                <w:sz w:val="16"/>
              </w:rPr>
              <w:t>x</w:t>
            </w:r>
          </w:p>
        </w:tc>
        <w:tc>
          <w:tcPr>
            <w:tcW w:w="1389" w:type="dxa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  <w:r w:rsidRPr="00D03793">
              <w:rPr>
                <w:rFonts w:ascii="Arial" w:hAnsi="Arial" w:cs="Arial"/>
                <w:sz w:val="16"/>
              </w:rPr>
              <w:t>X</w:t>
            </w:r>
          </w:p>
        </w:tc>
        <w:tc>
          <w:tcPr>
            <w:tcW w:w="1208" w:type="dxa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  <w:r w:rsidRPr="00D03793">
              <w:rPr>
                <w:rFonts w:ascii="Arial" w:hAnsi="Arial" w:cs="Arial"/>
                <w:sz w:val="16"/>
              </w:rPr>
              <w:t>x</w:t>
            </w:r>
          </w:p>
        </w:tc>
        <w:tc>
          <w:tcPr>
            <w:tcW w:w="1300" w:type="dxa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  <w:r w:rsidRPr="00D03793">
              <w:rPr>
                <w:rFonts w:ascii="Arial" w:hAnsi="Arial" w:cs="Arial"/>
                <w:sz w:val="16"/>
              </w:rPr>
              <w:t>x</w:t>
            </w:r>
          </w:p>
        </w:tc>
        <w:tc>
          <w:tcPr>
            <w:tcW w:w="1171" w:type="dxa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  <w:r w:rsidRPr="00D03793">
              <w:rPr>
                <w:rFonts w:ascii="Arial" w:hAnsi="Arial" w:cs="Arial"/>
                <w:sz w:val="16"/>
              </w:rPr>
              <w:t>x</w:t>
            </w:r>
          </w:p>
        </w:tc>
        <w:tc>
          <w:tcPr>
            <w:tcW w:w="1265" w:type="dxa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192" w:type="dxa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  <w:r w:rsidRPr="00D03793">
              <w:rPr>
                <w:rFonts w:ascii="Arial" w:hAnsi="Arial" w:cs="Arial"/>
                <w:sz w:val="16"/>
              </w:rPr>
              <w:t>X</w:t>
            </w:r>
          </w:p>
        </w:tc>
      </w:tr>
      <w:tr w:rsidR="009C4081" w:rsidRPr="00D03793" w:rsidTr="00122C95">
        <w:trPr>
          <w:trHeight w:val="266"/>
        </w:trPr>
        <w:tc>
          <w:tcPr>
            <w:tcW w:w="5381" w:type="dxa"/>
            <w:gridSpan w:val="4"/>
            <w:shd w:val="clear" w:color="auto" w:fill="C6D9F1" w:themeFill="text2" w:themeFillTint="33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  <w:r w:rsidRPr="00D03793">
              <w:rPr>
                <w:rFonts w:ascii="Arial" w:hAnsi="Arial" w:cs="Arial"/>
                <w:sz w:val="16"/>
              </w:rPr>
              <w:t>TOTALES</w:t>
            </w:r>
          </w:p>
        </w:tc>
        <w:tc>
          <w:tcPr>
            <w:tcW w:w="1300" w:type="dxa"/>
            <w:shd w:val="clear" w:color="auto" w:fill="C6D9F1" w:themeFill="text2" w:themeFillTint="33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171" w:type="dxa"/>
            <w:shd w:val="clear" w:color="auto" w:fill="C6D9F1" w:themeFill="text2" w:themeFillTint="33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65" w:type="dxa"/>
            <w:shd w:val="clear" w:color="auto" w:fill="C6D9F1" w:themeFill="text2" w:themeFillTint="33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192" w:type="dxa"/>
            <w:shd w:val="clear" w:color="auto" w:fill="C6D9F1" w:themeFill="text2" w:themeFillTint="33"/>
          </w:tcPr>
          <w:p w:rsidR="009C4081" w:rsidRPr="00D03793" w:rsidRDefault="009C4081" w:rsidP="00A954D0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</w:tbl>
    <w:p w:rsidR="00D03793" w:rsidRPr="00D03793" w:rsidRDefault="00D03793">
      <w:pPr>
        <w:pStyle w:val="Ttulo2"/>
        <w:rPr>
          <w:rFonts w:ascii="Arial" w:hAnsi="Arial" w:cs="Arial"/>
        </w:rPr>
      </w:pPr>
    </w:p>
    <w:p w:rsidR="00DC17F9" w:rsidRDefault="00AC1510">
      <w:pPr>
        <w:pStyle w:val="Ttulo1"/>
        <w:rPr>
          <w:rFonts w:ascii="Arial" w:hAnsi="Arial" w:cs="Arial"/>
          <w:sz w:val="24"/>
        </w:rPr>
      </w:pPr>
      <w:bookmarkStart w:id="0" w:name="_Hlk206424307"/>
      <w:bookmarkStart w:id="1" w:name="_Hlk206424315"/>
      <w:r w:rsidRPr="00D03793">
        <w:rPr>
          <w:rFonts w:ascii="Arial" w:hAnsi="Arial" w:cs="Arial"/>
        </w:rPr>
        <w:t>I</w:t>
      </w:r>
      <w:r w:rsidR="00A332B5">
        <w:rPr>
          <w:rFonts w:ascii="Arial" w:hAnsi="Arial" w:cs="Arial"/>
        </w:rPr>
        <w:t>V</w:t>
      </w:r>
      <w:r w:rsidR="00DF710F" w:rsidRPr="00D03793">
        <w:rPr>
          <w:rFonts w:ascii="Arial" w:hAnsi="Arial" w:cs="Arial"/>
        </w:rPr>
        <w:t>.</w:t>
      </w:r>
      <w:bookmarkEnd w:id="0"/>
      <w:r w:rsidR="00DF710F" w:rsidRPr="00D03793">
        <w:rPr>
          <w:rFonts w:ascii="Arial" w:hAnsi="Arial" w:cs="Arial"/>
        </w:rPr>
        <w:t xml:space="preserve"> </w:t>
      </w:r>
      <w:r w:rsidR="00DF710F" w:rsidRPr="00D03793">
        <w:rPr>
          <w:rFonts w:ascii="Arial" w:hAnsi="Arial" w:cs="Arial"/>
          <w:sz w:val="24"/>
        </w:rPr>
        <w:t xml:space="preserve"> PLAN DE ACCI</w:t>
      </w:r>
      <w:r w:rsidR="00450483">
        <w:rPr>
          <w:rFonts w:ascii="Arial" w:hAnsi="Arial" w:cs="Arial"/>
          <w:sz w:val="24"/>
        </w:rPr>
        <w:t>ON DEL PROYECTO</w:t>
      </w:r>
    </w:p>
    <w:p w:rsidR="00D03793" w:rsidRPr="00D03793" w:rsidRDefault="00D03793" w:rsidP="00D03793"/>
    <w:bookmarkEnd w:id="1"/>
    <w:p w:rsidR="00DC17F9" w:rsidRPr="004E65D5" w:rsidRDefault="00DF710F" w:rsidP="004E65D5">
      <w:pPr>
        <w:pStyle w:val="Prrafodelista"/>
        <w:numPr>
          <w:ilvl w:val="0"/>
          <w:numId w:val="15"/>
        </w:numPr>
        <w:rPr>
          <w:rFonts w:ascii="Arial" w:hAnsi="Arial" w:cs="Arial"/>
          <w:sz w:val="20"/>
        </w:rPr>
      </w:pPr>
      <w:proofErr w:type="spellStart"/>
      <w:r w:rsidRPr="004E65D5">
        <w:rPr>
          <w:rFonts w:ascii="Arial" w:hAnsi="Arial" w:cs="Arial"/>
          <w:b/>
          <w:sz w:val="20"/>
        </w:rPr>
        <w:t>Dificultades</w:t>
      </w:r>
      <w:proofErr w:type="spellEnd"/>
      <w:r w:rsidRPr="004E65D5">
        <w:rPr>
          <w:rFonts w:ascii="Arial" w:hAnsi="Arial" w:cs="Arial"/>
          <w:b/>
          <w:sz w:val="20"/>
        </w:rPr>
        <w:t xml:space="preserve"> </w:t>
      </w:r>
      <w:proofErr w:type="spellStart"/>
      <w:r w:rsidRPr="004E65D5">
        <w:rPr>
          <w:rFonts w:ascii="Arial" w:hAnsi="Arial" w:cs="Arial"/>
          <w:b/>
          <w:sz w:val="20"/>
        </w:rPr>
        <w:t>encontradas</w:t>
      </w:r>
      <w:proofErr w:type="spellEnd"/>
      <w:r w:rsidRPr="004E65D5">
        <w:rPr>
          <w:rFonts w:ascii="Arial" w:hAnsi="Arial" w:cs="Arial"/>
          <w:b/>
          <w:sz w:val="20"/>
        </w:rPr>
        <w:t>:</w:t>
      </w:r>
      <w:r w:rsidRPr="004E65D5">
        <w:rPr>
          <w:rFonts w:ascii="Arial" w:hAnsi="Arial" w:cs="Arial"/>
          <w:sz w:val="20"/>
        </w:rPr>
        <w:t xml:space="preserve"> </w:t>
      </w:r>
      <w:proofErr w:type="spellStart"/>
      <w:r w:rsidRPr="004E65D5">
        <w:rPr>
          <w:rFonts w:ascii="Arial" w:hAnsi="Arial" w:cs="Arial"/>
          <w:sz w:val="20"/>
        </w:rPr>
        <w:t>Lluvias</w:t>
      </w:r>
      <w:proofErr w:type="spellEnd"/>
      <w:r w:rsidRPr="004E65D5">
        <w:rPr>
          <w:rFonts w:ascii="Arial" w:hAnsi="Arial" w:cs="Arial"/>
          <w:sz w:val="20"/>
        </w:rPr>
        <w:t xml:space="preserve"> </w:t>
      </w:r>
      <w:proofErr w:type="spellStart"/>
      <w:r w:rsidRPr="004E65D5">
        <w:rPr>
          <w:rFonts w:ascii="Arial" w:hAnsi="Arial" w:cs="Arial"/>
          <w:sz w:val="20"/>
        </w:rPr>
        <w:t>intensas</w:t>
      </w:r>
      <w:proofErr w:type="spellEnd"/>
      <w:r w:rsidRPr="004E65D5">
        <w:rPr>
          <w:rFonts w:ascii="Arial" w:hAnsi="Arial" w:cs="Arial"/>
          <w:sz w:val="20"/>
        </w:rPr>
        <w:t xml:space="preserve"> causaron demoras en el transporte de materiales.</w:t>
      </w:r>
    </w:p>
    <w:p w:rsidR="00DC17F9" w:rsidRPr="004E65D5" w:rsidRDefault="00DF710F" w:rsidP="004E65D5">
      <w:pPr>
        <w:pStyle w:val="Prrafodelista"/>
        <w:numPr>
          <w:ilvl w:val="0"/>
          <w:numId w:val="15"/>
        </w:numPr>
        <w:rPr>
          <w:rFonts w:ascii="Arial" w:hAnsi="Arial" w:cs="Arial"/>
          <w:sz w:val="20"/>
        </w:rPr>
      </w:pPr>
      <w:r w:rsidRPr="004E65D5">
        <w:rPr>
          <w:rFonts w:ascii="Arial" w:hAnsi="Arial" w:cs="Arial"/>
          <w:b/>
          <w:sz w:val="20"/>
        </w:rPr>
        <w:t>Medidas correctivas o adaptaciones implementadas:</w:t>
      </w:r>
      <w:r w:rsidRPr="004E65D5">
        <w:rPr>
          <w:rFonts w:ascii="Arial" w:hAnsi="Arial" w:cs="Arial"/>
          <w:sz w:val="20"/>
        </w:rPr>
        <w:t xml:space="preserve"> Se reprogramaron las actividades de campo en coordinación con líderes locales.</w:t>
      </w:r>
    </w:p>
    <w:p w:rsidR="00D03793" w:rsidRPr="004E65D5" w:rsidRDefault="00DF710F" w:rsidP="004E65D5">
      <w:pPr>
        <w:pStyle w:val="Prrafodelista"/>
        <w:numPr>
          <w:ilvl w:val="0"/>
          <w:numId w:val="15"/>
        </w:numPr>
        <w:rPr>
          <w:rFonts w:ascii="Arial" w:hAnsi="Arial" w:cs="Arial"/>
          <w:sz w:val="20"/>
        </w:rPr>
      </w:pPr>
      <w:r w:rsidRPr="004E65D5">
        <w:rPr>
          <w:rFonts w:ascii="Arial" w:hAnsi="Arial" w:cs="Arial"/>
          <w:b/>
          <w:sz w:val="20"/>
        </w:rPr>
        <w:t>Plan de acción para el siguiente mes:</w:t>
      </w:r>
      <w:r w:rsidRPr="004E65D5">
        <w:rPr>
          <w:rFonts w:ascii="Arial" w:hAnsi="Arial" w:cs="Arial"/>
          <w:sz w:val="20"/>
        </w:rPr>
        <w:t xml:space="preserve"> Continuar la plantación hasta alcanzar la meta de 5,000 </w:t>
      </w:r>
      <w:proofErr w:type="spellStart"/>
      <w:r w:rsidRPr="004E65D5">
        <w:rPr>
          <w:rFonts w:ascii="Arial" w:hAnsi="Arial" w:cs="Arial"/>
          <w:sz w:val="20"/>
        </w:rPr>
        <w:t>árboles</w:t>
      </w:r>
      <w:proofErr w:type="spellEnd"/>
      <w:r w:rsidRPr="004E65D5">
        <w:rPr>
          <w:rFonts w:ascii="Arial" w:hAnsi="Arial" w:cs="Arial"/>
          <w:sz w:val="20"/>
        </w:rPr>
        <w:t xml:space="preserve"> y </w:t>
      </w:r>
      <w:proofErr w:type="spellStart"/>
      <w:r w:rsidRPr="004E65D5">
        <w:rPr>
          <w:rFonts w:ascii="Arial" w:hAnsi="Arial" w:cs="Arial"/>
          <w:sz w:val="20"/>
        </w:rPr>
        <w:t>realizar</w:t>
      </w:r>
      <w:proofErr w:type="spellEnd"/>
      <w:r w:rsidRPr="004E65D5">
        <w:rPr>
          <w:rFonts w:ascii="Arial" w:hAnsi="Arial" w:cs="Arial"/>
          <w:sz w:val="20"/>
        </w:rPr>
        <w:t xml:space="preserve"> </w:t>
      </w:r>
      <w:proofErr w:type="spellStart"/>
      <w:r w:rsidRPr="004E65D5">
        <w:rPr>
          <w:rFonts w:ascii="Arial" w:hAnsi="Arial" w:cs="Arial"/>
          <w:sz w:val="20"/>
        </w:rPr>
        <w:t>seguimiento</w:t>
      </w:r>
      <w:proofErr w:type="spellEnd"/>
      <w:r w:rsidRPr="004E65D5">
        <w:rPr>
          <w:rFonts w:ascii="Arial" w:hAnsi="Arial" w:cs="Arial"/>
          <w:sz w:val="20"/>
        </w:rPr>
        <w:t xml:space="preserve"> </w:t>
      </w:r>
      <w:proofErr w:type="spellStart"/>
      <w:r w:rsidRPr="004E65D5">
        <w:rPr>
          <w:rFonts w:ascii="Arial" w:hAnsi="Arial" w:cs="Arial"/>
          <w:sz w:val="20"/>
        </w:rPr>
        <w:t>técnico</w:t>
      </w:r>
      <w:proofErr w:type="spellEnd"/>
      <w:r w:rsidRPr="004E65D5">
        <w:rPr>
          <w:rFonts w:ascii="Arial" w:hAnsi="Arial" w:cs="Arial"/>
          <w:sz w:val="20"/>
        </w:rPr>
        <w:t>.</w:t>
      </w:r>
    </w:p>
    <w:p w:rsidR="00984EA7" w:rsidRPr="00984EA7" w:rsidRDefault="00984EA7" w:rsidP="00984EA7">
      <w:pPr>
        <w:rPr>
          <w:rFonts w:ascii="Arial" w:hAnsi="Arial" w:cs="Arial"/>
          <w:b/>
        </w:rPr>
      </w:pPr>
    </w:p>
    <w:p w:rsidR="00984EA7" w:rsidRPr="00984EA7" w:rsidRDefault="00984EA7" w:rsidP="00984EA7">
      <w:pPr>
        <w:rPr>
          <w:rFonts w:ascii="Arial" w:hAnsi="Arial" w:cs="Arial"/>
        </w:rPr>
      </w:pPr>
    </w:p>
    <w:p w:rsidR="00DC17F9" w:rsidRDefault="00DF710F" w:rsidP="00A332B5">
      <w:pPr>
        <w:pStyle w:val="Ttulo1"/>
        <w:numPr>
          <w:ilvl w:val="0"/>
          <w:numId w:val="16"/>
        </w:numPr>
        <w:rPr>
          <w:rFonts w:ascii="Arial" w:hAnsi="Arial" w:cs="Arial"/>
        </w:rPr>
      </w:pPr>
      <w:r w:rsidRPr="00D03793">
        <w:rPr>
          <w:rFonts w:ascii="Arial" w:hAnsi="Arial" w:cs="Arial"/>
        </w:rPr>
        <w:lastRenderedPageBreak/>
        <w:t xml:space="preserve">PORCENTAJE DE AVANCE </w:t>
      </w:r>
      <w:r w:rsidR="00B67FAB">
        <w:rPr>
          <w:rFonts w:ascii="Arial" w:hAnsi="Arial" w:cs="Arial"/>
        </w:rPr>
        <w:t>TÉCNICO</w:t>
      </w:r>
      <w:r w:rsidRPr="00D03793">
        <w:rPr>
          <w:rFonts w:ascii="Arial" w:hAnsi="Arial" w:cs="Arial"/>
        </w:rPr>
        <w:t xml:space="preserve"> DEL PROYECTO</w:t>
      </w:r>
    </w:p>
    <w:p w:rsidR="004F28D8" w:rsidRPr="004F28D8" w:rsidRDefault="004F28D8" w:rsidP="004F28D8">
      <w:pPr>
        <w:ind w:left="360"/>
      </w:pPr>
    </w:p>
    <w:tbl>
      <w:tblPr>
        <w:tblStyle w:val="Tablaconcuadrcula"/>
        <w:tblW w:w="8970" w:type="dxa"/>
        <w:tblLook w:val="04A0" w:firstRow="1" w:lastRow="0" w:firstColumn="1" w:lastColumn="0" w:noHBand="0" w:noVBand="1"/>
      </w:tblPr>
      <w:tblGrid>
        <w:gridCol w:w="4485"/>
        <w:gridCol w:w="4485"/>
      </w:tblGrid>
      <w:tr w:rsidR="00B67FAB" w:rsidRPr="00D03793" w:rsidTr="007667E4">
        <w:trPr>
          <w:trHeight w:val="578"/>
        </w:trPr>
        <w:tc>
          <w:tcPr>
            <w:tcW w:w="4485" w:type="dxa"/>
            <w:shd w:val="clear" w:color="auto" w:fill="C6D9F1" w:themeFill="text2" w:themeFillTint="33"/>
          </w:tcPr>
          <w:p w:rsidR="00B67FAB" w:rsidRPr="00451B00" w:rsidRDefault="00B67FAB" w:rsidP="00A954D0">
            <w:pPr>
              <w:jc w:val="center"/>
              <w:rPr>
                <w:rFonts w:ascii="Arial" w:hAnsi="Arial" w:cs="Arial"/>
                <w:sz w:val="20"/>
              </w:rPr>
            </w:pPr>
            <w:r w:rsidRPr="00451B00">
              <w:rPr>
                <w:rFonts w:ascii="Arial" w:hAnsi="Arial" w:cs="Arial"/>
                <w:sz w:val="20"/>
              </w:rPr>
              <w:t xml:space="preserve">% </w:t>
            </w:r>
            <w:proofErr w:type="spellStart"/>
            <w:r w:rsidRPr="00451B00">
              <w:rPr>
                <w:rFonts w:ascii="Arial" w:hAnsi="Arial" w:cs="Arial"/>
                <w:sz w:val="20"/>
              </w:rPr>
              <w:t>Avance</w:t>
            </w:r>
            <w:proofErr w:type="spellEnd"/>
            <w:r w:rsidRPr="00451B00">
              <w:rPr>
                <w:rFonts w:ascii="Arial" w:hAnsi="Arial" w:cs="Arial"/>
                <w:sz w:val="20"/>
              </w:rPr>
              <w:t xml:space="preserve"> Técnico</w:t>
            </w:r>
            <w:r>
              <w:rPr>
                <w:rFonts w:ascii="Arial" w:hAnsi="Arial" w:cs="Arial"/>
                <w:sz w:val="20"/>
              </w:rPr>
              <w:t xml:space="preserve"> del </w:t>
            </w:r>
            <w:proofErr w:type="spellStart"/>
            <w:r>
              <w:rPr>
                <w:rFonts w:ascii="Arial" w:hAnsi="Arial" w:cs="Arial"/>
                <w:sz w:val="20"/>
              </w:rPr>
              <w:t>mes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anterior</w:t>
            </w:r>
          </w:p>
        </w:tc>
        <w:tc>
          <w:tcPr>
            <w:tcW w:w="4485" w:type="dxa"/>
            <w:shd w:val="clear" w:color="auto" w:fill="C6D9F1" w:themeFill="text2" w:themeFillTint="33"/>
          </w:tcPr>
          <w:p w:rsidR="00B67FAB" w:rsidRPr="00451B00" w:rsidRDefault="00B67FAB" w:rsidP="00A954D0">
            <w:pPr>
              <w:jc w:val="center"/>
              <w:rPr>
                <w:rFonts w:ascii="Arial" w:hAnsi="Arial" w:cs="Arial"/>
                <w:sz w:val="20"/>
              </w:rPr>
            </w:pPr>
            <w:r w:rsidRPr="00B67FAB">
              <w:rPr>
                <w:rFonts w:ascii="Arial" w:hAnsi="Arial" w:cs="Arial"/>
                <w:sz w:val="20"/>
              </w:rPr>
              <w:t xml:space="preserve">% </w:t>
            </w:r>
            <w:proofErr w:type="spellStart"/>
            <w:r w:rsidRPr="00B67FAB">
              <w:rPr>
                <w:rFonts w:ascii="Arial" w:hAnsi="Arial" w:cs="Arial"/>
                <w:sz w:val="20"/>
              </w:rPr>
              <w:t>Avance</w:t>
            </w:r>
            <w:proofErr w:type="spellEnd"/>
            <w:r w:rsidRPr="00B67FAB">
              <w:rPr>
                <w:rFonts w:ascii="Arial" w:hAnsi="Arial" w:cs="Arial"/>
                <w:sz w:val="20"/>
              </w:rPr>
              <w:t xml:space="preserve"> Técnico del </w:t>
            </w:r>
            <w:proofErr w:type="spellStart"/>
            <w:r w:rsidRPr="00B67FAB">
              <w:rPr>
                <w:rFonts w:ascii="Arial" w:hAnsi="Arial" w:cs="Arial"/>
                <w:sz w:val="20"/>
              </w:rPr>
              <w:t>mes</w:t>
            </w:r>
            <w:proofErr w:type="spellEnd"/>
            <w:r w:rsidRPr="00B67FAB">
              <w:rPr>
                <w:rFonts w:ascii="Arial" w:hAnsi="Arial" w:cs="Arial"/>
                <w:sz w:val="20"/>
              </w:rPr>
              <w:t xml:space="preserve"> a</w:t>
            </w:r>
            <w:r>
              <w:rPr>
                <w:rFonts w:ascii="Arial" w:hAnsi="Arial" w:cs="Arial"/>
                <w:sz w:val="20"/>
              </w:rPr>
              <w:t>ctual</w:t>
            </w:r>
          </w:p>
        </w:tc>
      </w:tr>
      <w:tr w:rsidR="00B67FAB" w:rsidRPr="00D03793" w:rsidTr="007667E4">
        <w:trPr>
          <w:trHeight w:val="682"/>
        </w:trPr>
        <w:tc>
          <w:tcPr>
            <w:tcW w:w="4485" w:type="dxa"/>
          </w:tcPr>
          <w:p w:rsidR="00B67FAB" w:rsidRPr="00D03793" w:rsidRDefault="00B67FAB" w:rsidP="00A954D0">
            <w:pPr>
              <w:jc w:val="center"/>
              <w:rPr>
                <w:rFonts w:ascii="Arial" w:hAnsi="Arial" w:cs="Arial"/>
                <w:b/>
                <w:sz w:val="40"/>
              </w:rPr>
            </w:pPr>
            <w:r w:rsidRPr="00D03793">
              <w:rPr>
                <w:rFonts w:ascii="Arial" w:hAnsi="Arial" w:cs="Arial"/>
                <w:b/>
                <w:sz w:val="40"/>
              </w:rPr>
              <w:t>75%</w:t>
            </w:r>
          </w:p>
        </w:tc>
        <w:tc>
          <w:tcPr>
            <w:tcW w:w="4485" w:type="dxa"/>
          </w:tcPr>
          <w:p w:rsidR="00B67FAB" w:rsidRPr="00D03793" w:rsidRDefault="00B67FAB" w:rsidP="00A954D0">
            <w:pPr>
              <w:jc w:val="center"/>
              <w:rPr>
                <w:rFonts w:ascii="Arial" w:hAnsi="Arial" w:cs="Arial"/>
                <w:b/>
              </w:rPr>
            </w:pPr>
            <w:r w:rsidRPr="00D03793">
              <w:rPr>
                <w:rFonts w:ascii="Arial" w:hAnsi="Arial" w:cs="Arial"/>
                <w:b/>
                <w:sz w:val="40"/>
              </w:rPr>
              <w:t>7</w:t>
            </w:r>
            <w:r>
              <w:rPr>
                <w:rFonts w:ascii="Arial" w:hAnsi="Arial" w:cs="Arial"/>
                <w:b/>
                <w:sz w:val="40"/>
              </w:rPr>
              <w:t>6%</w:t>
            </w:r>
          </w:p>
        </w:tc>
      </w:tr>
    </w:tbl>
    <w:p w:rsidR="007667E4" w:rsidRPr="007667E4" w:rsidRDefault="007667E4" w:rsidP="007667E4">
      <w:pPr>
        <w:keepNext/>
        <w:keepLines/>
        <w:spacing w:before="480" w:after="0"/>
        <w:outlineLvl w:val="0"/>
        <w:rPr>
          <w:rFonts w:ascii="Arial" w:eastAsiaTheme="majorEastAsia" w:hAnsi="Arial" w:cs="Arial"/>
          <w:b/>
          <w:bCs/>
          <w:color w:val="365F91" w:themeColor="accent1" w:themeShade="BF"/>
          <w:sz w:val="28"/>
          <w:szCs w:val="28"/>
        </w:rPr>
      </w:pPr>
      <w:bookmarkStart w:id="2" w:name="_Hlk206425127"/>
      <w:r w:rsidRPr="007667E4">
        <w:rPr>
          <w:rFonts w:ascii="Arial" w:eastAsiaTheme="majorEastAsia" w:hAnsi="Arial" w:cs="Arial"/>
          <w:b/>
          <w:bCs/>
          <w:color w:val="365F91" w:themeColor="accent1" w:themeShade="BF"/>
          <w:sz w:val="28"/>
          <w:szCs w:val="28"/>
        </w:rPr>
        <w:t>VII. RESPONSABLES DEL INFORME</w:t>
      </w:r>
    </w:p>
    <w:p w:rsidR="00A73AF3" w:rsidRDefault="00A73AF3" w:rsidP="007667E4">
      <w:pPr>
        <w:rPr>
          <w:rFonts w:ascii="Arial" w:hAnsi="Arial" w:cs="Arial"/>
          <w:b/>
        </w:rPr>
      </w:pPr>
    </w:p>
    <w:p w:rsidR="007667E4" w:rsidRDefault="007667E4" w:rsidP="007667E4">
      <w:pPr>
        <w:rPr>
          <w:rFonts w:ascii="Arial" w:hAnsi="Arial" w:cs="Arial"/>
        </w:rPr>
      </w:pPr>
      <w:proofErr w:type="spellStart"/>
      <w:r w:rsidRPr="007667E4">
        <w:rPr>
          <w:rFonts w:ascii="Arial" w:hAnsi="Arial" w:cs="Arial"/>
          <w:b/>
        </w:rPr>
        <w:t>Elaborado</w:t>
      </w:r>
      <w:proofErr w:type="spellEnd"/>
      <w:r w:rsidRPr="007667E4">
        <w:rPr>
          <w:rFonts w:ascii="Arial" w:hAnsi="Arial" w:cs="Arial"/>
          <w:b/>
        </w:rPr>
        <w:t xml:space="preserve"> por:</w:t>
      </w:r>
      <w:r w:rsidRPr="007667E4">
        <w:rPr>
          <w:rFonts w:ascii="Arial" w:hAnsi="Arial" w:cs="Arial"/>
        </w:rPr>
        <w:t xml:space="preserve"> Juan Pérez</w:t>
      </w:r>
      <w:r w:rsidRPr="007667E4">
        <w:rPr>
          <w:rFonts w:ascii="Arial" w:hAnsi="Arial" w:cs="Arial"/>
        </w:rPr>
        <w:br/>
      </w:r>
      <w:bookmarkStart w:id="3" w:name="_Hlk243055813"/>
      <w:r w:rsidRPr="007667E4">
        <w:rPr>
          <w:rFonts w:ascii="Arial" w:hAnsi="Arial" w:cs="Arial"/>
          <w:b/>
        </w:rPr>
        <w:t xml:space="preserve">Cédula: </w:t>
      </w:r>
      <w:r w:rsidRPr="007667E4">
        <w:rPr>
          <w:rFonts w:ascii="Arial" w:hAnsi="Arial" w:cs="Arial"/>
        </w:rPr>
        <w:t>8-123-456</w:t>
      </w:r>
      <w:bookmarkEnd w:id="3"/>
      <w:r w:rsidRPr="007667E4">
        <w:rPr>
          <w:rFonts w:ascii="Arial" w:hAnsi="Arial" w:cs="Arial"/>
        </w:rPr>
        <w:br/>
      </w:r>
      <w:r w:rsidRPr="007667E4">
        <w:rPr>
          <w:rFonts w:ascii="Arial" w:hAnsi="Arial" w:cs="Arial"/>
          <w:b/>
        </w:rPr>
        <w:t>Cargo:</w:t>
      </w:r>
      <w:r w:rsidRPr="007667E4">
        <w:rPr>
          <w:rFonts w:ascii="Arial" w:hAnsi="Arial" w:cs="Arial"/>
        </w:rPr>
        <w:t xml:space="preserve"> </w:t>
      </w:r>
      <w:proofErr w:type="spellStart"/>
      <w:r w:rsidRPr="007667E4">
        <w:rPr>
          <w:rFonts w:ascii="Arial" w:hAnsi="Arial" w:cs="Arial"/>
        </w:rPr>
        <w:t>Coordinador</w:t>
      </w:r>
      <w:proofErr w:type="spellEnd"/>
      <w:r w:rsidRPr="007667E4">
        <w:rPr>
          <w:rFonts w:ascii="Arial" w:hAnsi="Arial" w:cs="Arial"/>
        </w:rPr>
        <w:t xml:space="preserve"> Técnico</w:t>
      </w:r>
    </w:p>
    <w:p w:rsidR="007704A1" w:rsidRDefault="007704A1" w:rsidP="007667E4">
      <w:pPr>
        <w:rPr>
          <w:rFonts w:ascii="Arial" w:hAnsi="Arial" w:cs="Arial"/>
        </w:rPr>
      </w:pPr>
    </w:p>
    <w:p w:rsidR="007704A1" w:rsidRPr="007667E4" w:rsidRDefault="007704A1" w:rsidP="007667E4">
      <w:pPr>
        <w:rPr>
          <w:rFonts w:ascii="Arial" w:hAnsi="Arial" w:cs="Arial"/>
        </w:rPr>
      </w:pPr>
      <w:r w:rsidRPr="007704A1">
        <w:rPr>
          <w:rFonts w:ascii="Arial" w:hAnsi="Arial" w:cs="Arial"/>
          <w:b/>
        </w:rPr>
        <w:t>FIRMA</w:t>
      </w:r>
      <w:r>
        <w:rPr>
          <w:rFonts w:ascii="Arial" w:hAnsi="Arial" w:cs="Arial"/>
        </w:rPr>
        <w:t>________________________________</w:t>
      </w:r>
    </w:p>
    <w:p w:rsidR="007704A1" w:rsidRDefault="007704A1" w:rsidP="007667E4">
      <w:pPr>
        <w:rPr>
          <w:rFonts w:ascii="Arial" w:hAnsi="Arial" w:cs="Arial"/>
          <w:b/>
        </w:rPr>
      </w:pPr>
    </w:p>
    <w:p w:rsidR="007667E4" w:rsidRPr="007667E4" w:rsidRDefault="007667E4" w:rsidP="007667E4">
      <w:pPr>
        <w:rPr>
          <w:rFonts w:ascii="Arial" w:hAnsi="Arial" w:cs="Arial"/>
        </w:rPr>
      </w:pPr>
      <w:proofErr w:type="spellStart"/>
      <w:r w:rsidRPr="007667E4">
        <w:rPr>
          <w:rFonts w:ascii="Arial" w:hAnsi="Arial" w:cs="Arial"/>
          <w:b/>
        </w:rPr>
        <w:t>Coordinador</w:t>
      </w:r>
      <w:proofErr w:type="spellEnd"/>
      <w:r w:rsidRPr="007667E4">
        <w:rPr>
          <w:rFonts w:ascii="Arial" w:hAnsi="Arial" w:cs="Arial"/>
          <w:b/>
        </w:rPr>
        <w:t xml:space="preserve"> del Proyecto:</w:t>
      </w:r>
      <w:r w:rsidRPr="007667E4">
        <w:rPr>
          <w:rFonts w:ascii="Arial" w:hAnsi="Arial" w:cs="Arial"/>
        </w:rPr>
        <w:t xml:space="preserve"> María Gómez</w:t>
      </w:r>
      <w:r w:rsidRPr="007667E4">
        <w:rPr>
          <w:rFonts w:ascii="Arial" w:hAnsi="Arial" w:cs="Arial"/>
        </w:rPr>
        <w:br/>
      </w:r>
      <w:r w:rsidRPr="007667E4">
        <w:rPr>
          <w:rFonts w:ascii="Arial" w:hAnsi="Arial" w:cs="Arial"/>
          <w:b/>
        </w:rPr>
        <w:t>Cédula:</w:t>
      </w:r>
      <w:r w:rsidRPr="007667E4">
        <w:rPr>
          <w:rFonts w:ascii="Arial" w:hAnsi="Arial" w:cs="Arial"/>
        </w:rPr>
        <w:t xml:space="preserve"> 8-654-321</w:t>
      </w:r>
    </w:p>
    <w:p w:rsidR="007704A1" w:rsidRDefault="007704A1" w:rsidP="007667E4">
      <w:pPr>
        <w:rPr>
          <w:b/>
        </w:rPr>
      </w:pPr>
    </w:p>
    <w:p w:rsidR="007667E4" w:rsidRDefault="007704A1" w:rsidP="007667E4">
      <w:pPr>
        <w:rPr>
          <w:b/>
        </w:rPr>
      </w:pPr>
      <w:r w:rsidRPr="007704A1">
        <w:rPr>
          <w:rFonts w:ascii="Arial" w:hAnsi="Arial" w:cs="Arial"/>
          <w:b/>
        </w:rPr>
        <w:t>FIRMA</w:t>
      </w:r>
      <w:r>
        <w:rPr>
          <w:b/>
        </w:rPr>
        <w:t>________________________________________________</w:t>
      </w:r>
    </w:p>
    <w:p w:rsidR="007704A1" w:rsidRDefault="007704A1" w:rsidP="007667E4">
      <w:pPr>
        <w:rPr>
          <w:b/>
        </w:rPr>
      </w:pPr>
    </w:p>
    <w:p w:rsidR="00707DA5" w:rsidRDefault="00707DA5" w:rsidP="007667E4">
      <w:pPr>
        <w:rPr>
          <w:rFonts w:ascii="Arial" w:hAnsi="Arial" w:cs="Arial"/>
          <w:b/>
        </w:rPr>
      </w:pPr>
    </w:p>
    <w:p w:rsidR="00D166DC" w:rsidRDefault="00D166DC" w:rsidP="007667E4">
      <w:pPr>
        <w:rPr>
          <w:b/>
        </w:rPr>
      </w:pPr>
    </w:p>
    <w:p w:rsidR="00D166DC" w:rsidRDefault="00D166DC" w:rsidP="007667E4">
      <w:pPr>
        <w:rPr>
          <w:b/>
        </w:rPr>
      </w:pPr>
    </w:p>
    <w:p w:rsidR="00D166DC" w:rsidRDefault="00D166DC" w:rsidP="007667E4">
      <w:pPr>
        <w:rPr>
          <w:b/>
        </w:rPr>
      </w:pPr>
    </w:p>
    <w:p w:rsidR="00D166DC" w:rsidRPr="007667E4" w:rsidRDefault="00D166DC" w:rsidP="007667E4">
      <w:pPr>
        <w:rPr>
          <w:b/>
        </w:rPr>
      </w:pPr>
      <w:bookmarkStart w:id="4" w:name="_GoBack"/>
      <w:bookmarkEnd w:id="4"/>
    </w:p>
    <w:p w:rsidR="00B67FAB" w:rsidRDefault="00B67FAB">
      <w:pPr>
        <w:pStyle w:val="Ttulo1"/>
        <w:rPr>
          <w:rFonts w:ascii="Arial" w:hAnsi="Arial" w:cs="Arial"/>
        </w:rPr>
      </w:pPr>
    </w:p>
    <w:p w:rsidR="00707DA5" w:rsidRDefault="00707DA5" w:rsidP="00707DA5"/>
    <w:p w:rsidR="00707DA5" w:rsidRDefault="00707DA5" w:rsidP="00707DA5"/>
    <w:p w:rsidR="00707DA5" w:rsidRDefault="00707DA5" w:rsidP="00707DA5"/>
    <w:p w:rsidR="00707DA5" w:rsidRDefault="00707DA5" w:rsidP="00707DA5"/>
    <w:p w:rsidR="00707DA5" w:rsidRDefault="00707DA5" w:rsidP="00707DA5"/>
    <w:p w:rsidR="00707DA5" w:rsidRDefault="00707DA5" w:rsidP="00707DA5"/>
    <w:p w:rsidR="00707DA5" w:rsidRDefault="00707DA5" w:rsidP="00707DA5"/>
    <w:p w:rsidR="00707DA5" w:rsidRDefault="00707DA5" w:rsidP="00707DA5"/>
    <w:p w:rsidR="00707DA5" w:rsidRDefault="00707DA5" w:rsidP="00707DA5"/>
    <w:p w:rsidR="00707DA5" w:rsidRDefault="00707DA5" w:rsidP="00707DA5"/>
    <w:p w:rsidR="00707DA5" w:rsidRPr="00707DA5" w:rsidRDefault="00707DA5" w:rsidP="00707DA5"/>
    <w:bookmarkEnd w:id="2"/>
    <w:p w:rsidR="00984EA7" w:rsidRPr="00984EA7" w:rsidRDefault="00984EA7" w:rsidP="00984EA7">
      <w:pPr>
        <w:keepNext/>
        <w:keepLines/>
        <w:spacing w:before="480" w:after="0"/>
        <w:outlineLvl w:val="0"/>
        <w:rPr>
          <w:rFonts w:ascii="Arial" w:eastAsiaTheme="majorEastAsia" w:hAnsi="Arial" w:cs="Arial"/>
          <w:b/>
          <w:bCs/>
          <w:color w:val="365F91" w:themeColor="accent1" w:themeShade="BF"/>
          <w:sz w:val="28"/>
          <w:szCs w:val="28"/>
        </w:rPr>
      </w:pPr>
      <w:r w:rsidRPr="00984EA7">
        <w:rPr>
          <w:rFonts w:ascii="Arial" w:eastAsiaTheme="majorEastAsia" w:hAnsi="Arial" w:cs="Arial"/>
          <w:b/>
          <w:bCs/>
          <w:color w:val="365F91" w:themeColor="accent1" w:themeShade="BF"/>
          <w:sz w:val="28"/>
          <w:szCs w:val="28"/>
        </w:rPr>
        <w:lastRenderedPageBreak/>
        <w:t>VI</w:t>
      </w:r>
      <w:r>
        <w:rPr>
          <w:rFonts w:ascii="Arial" w:eastAsiaTheme="majorEastAsia" w:hAnsi="Arial" w:cs="Arial"/>
          <w:b/>
          <w:bCs/>
          <w:color w:val="365F91" w:themeColor="accent1" w:themeShade="BF"/>
          <w:sz w:val="28"/>
          <w:szCs w:val="28"/>
        </w:rPr>
        <w:t>I</w:t>
      </w:r>
      <w:r w:rsidR="00707DA5">
        <w:rPr>
          <w:rFonts w:ascii="Arial" w:eastAsiaTheme="majorEastAsia" w:hAnsi="Arial" w:cs="Arial"/>
          <w:b/>
          <w:bCs/>
          <w:color w:val="365F91" w:themeColor="accent1" w:themeShade="BF"/>
          <w:sz w:val="28"/>
          <w:szCs w:val="28"/>
        </w:rPr>
        <w:t>I</w:t>
      </w:r>
      <w:r w:rsidRPr="00984EA7">
        <w:rPr>
          <w:rFonts w:ascii="Arial" w:eastAsiaTheme="majorEastAsia" w:hAnsi="Arial" w:cs="Arial"/>
          <w:b/>
          <w:bCs/>
          <w:color w:val="365F91" w:themeColor="accent1" w:themeShade="BF"/>
          <w:sz w:val="28"/>
          <w:szCs w:val="28"/>
        </w:rPr>
        <w:t xml:space="preserve">. </w:t>
      </w:r>
      <w:r>
        <w:rPr>
          <w:rFonts w:ascii="Arial" w:eastAsiaTheme="majorEastAsia" w:hAnsi="Arial" w:cs="Arial"/>
          <w:b/>
          <w:bCs/>
          <w:color w:val="365F91" w:themeColor="accent1" w:themeShade="BF"/>
          <w:sz w:val="28"/>
          <w:szCs w:val="28"/>
        </w:rPr>
        <w:t>ANEXOS</w:t>
      </w:r>
    </w:p>
    <w:p w:rsidR="00450483" w:rsidRDefault="00450483" w:rsidP="00450483">
      <w:pPr>
        <w:pStyle w:val="Sinespaciado"/>
        <w:numPr>
          <w:ilvl w:val="0"/>
          <w:numId w:val="14"/>
        </w:numPr>
        <w:rPr>
          <w:rFonts w:ascii="Arial" w:hAnsi="Arial" w:cs="Arial"/>
          <w:lang w:val="es-PA" w:eastAsia="es-PA"/>
        </w:rPr>
      </w:pPr>
      <w:bookmarkStart w:id="5" w:name="_Hlk243055265"/>
      <w:r>
        <w:rPr>
          <w:rFonts w:ascii="Arial" w:hAnsi="Arial" w:cs="Arial"/>
          <w:lang w:val="es-PA" w:eastAsia="es-PA"/>
        </w:rPr>
        <w:t>Adjuntar el cronograma del proyecto.</w:t>
      </w:r>
    </w:p>
    <w:p w:rsidR="006E7749" w:rsidRDefault="0041249F" w:rsidP="00450483">
      <w:pPr>
        <w:pStyle w:val="Sinespaciado"/>
        <w:numPr>
          <w:ilvl w:val="0"/>
          <w:numId w:val="14"/>
        </w:numPr>
        <w:rPr>
          <w:rFonts w:ascii="Arial" w:hAnsi="Arial" w:cs="Arial"/>
          <w:lang w:val="es-PA" w:eastAsia="es-PA"/>
        </w:rPr>
      </w:pPr>
      <w:r>
        <w:rPr>
          <w:rFonts w:ascii="Arial" w:hAnsi="Arial" w:cs="Arial"/>
          <w:lang w:val="es-PA" w:eastAsia="es-PA"/>
        </w:rPr>
        <w:t>Adjuntar informes de los productos.</w:t>
      </w:r>
    </w:p>
    <w:p w:rsidR="00450483" w:rsidRPr="00450483" w:rsidRDefault="00450483" w:rsidP="00450483">
      <w:pPr>
        <w:pStyle w:val="Prrafodelista"/>
        <w:numPr>
          <w:ilvl w:val="0"/>
          <w:numId w:val="14"/>
        </w:numPr>
        <w:rPr>
          <w:rFonts w:ascii="Arial" w:hAnsi="Arial" w:cs="Arial"/>
          <w:lang w:val="es-PA" w:eastAsia="es-PA"/>
        </w:rPr>
      </w:pPr>
      <w:r w:rsidRPr="00450483">
        <w:rPr>
          <w:rFonts w:ascii="Arial" w:hAnsi="Arial" w:cs="Arial"/>
          <w:lang w:val="es-PA" w:eastAsia="es-PA"/>
        </w:rPr>
        <w:t>Se adjuntan imágenes de las actividades del Proyecto.</w:t>
      </w:r>
    </w:p>
    <w:p w:rsidR="00450483" w:rsidRPr="00707DA5" w:rsidRDefault="00450483" w:rsidP="00707DA5">
      <w:pPr>
        <w:pStyle w:val="Sinespaciado"/>
        <w:rPr>
          <w:rFonts w:ascii="Arial" w:hAnsi="Arial" w:cs="Arial"/>
          <w:lang w:val="es-PA" w:eastAsia="es-PA"/>
        </w:rPr>
      </w:pPr>
      <w:r>
        <w:rPr>
          <w:rFonts w:ascii="Arial" w:hAnsi="Arial" w:cs="Arial"/>
          <w:lang w:val="es-PA" w:eastAsia="es-PA"/>
        </w:rPr>
        <w:t xml:space="preserve">  </w:t>
      </w:r>
    </w:p>
    <w:bookmarkEnd w:id="5"/>
    <w:p w:rsidR="00DC17F9" w:rsidRPr="00C724AE" w:rsidRDefault="00DC17F9">
      <w:pPr>
        <w:rPr>
          <w:b/>
        </w:rPr>
      </w:pPr>
    </w:p>
    <w:sectPr w:rsidR="00DC17F9" w:rsidRPr="00C724AE" w:rsidSect="00700B44">
      <w:headerReference w:type="default" r:id="rId8"/>
      <w:pgSz w:w="12240" w:h="20160" w:code="5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487F" w:rsidRDefault="0047487F" w:rsidP="00700B44">
      <w:pPr>
        <w:spacing w:after="0" w:line="240" w:lineRule="auto"/>
      </w:pPr>
      <w:r>
        <w:separator/>
      </w:r>
    </w:p>
  </w:endnote>
  <w:endnote w:type="continuationSeparator" w:id="0">
    <w:p w:rsidR="0047487F" w:rsidRDefault="0047487F" w:rsidP="00700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487F" w:rsidRDefault="0047487F" w:rsidP="00700B44">
      <w:pPr>
        <w:spacing w:after="0" w:line="240" w:lineRule="auto"/>
      </w:pPr>
      <w:r>
        <w:separator/>
      </w:r>
    </w:p>
  </w:footnote>
  <w:footnote w:type="continuationSeparator" w:id="0">
    <w:p w:rsidR="0047487F" w:rsidRDefault="0047487F" w:rsidP="00700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0B44" w:rsidRDefault="00700B44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770203C" wp14:editId="73916341">
              <wp:simplePos x="0" y="0"/>
              <wp:positionH relativeFrom="column">
                <wp:posOffset>5379720</wp:posOffset>
              </wp:positionH>
              <wp:positionV relativeFrom="paragraph">
                <wp:posOffset>-342900</wp:posOffset>
              </wp:positionV>
              <wp:extent cx="990600" cy="716280"/>
              <wp:effectExtent l="0" t="0" r="19050" b="2667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716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00B44" w:rsidRPr="0023215E" w:rsidRDefault="00700B44" w:rsidP="00700B44">
                          <w:pPr>
                            <w:pStyle w:val="Sinespaciado"/>
                            <w:jc w:val="center"/>
                            <w:rPr>
                              <w:b/>
                              <w:lang w:val="es-ES"/>
                            </w:rPr>
                          </w:pPr>
                          <w:r w:rsidRPr="0023215E">
                            <w:rPr>
                              <w:b/>
                              <w:lang w:val="es-ES"/>
                            </w:rPr>
                            <w:t>LOGO</w:t>
                          </w:r>
                        </w:p>
                        <w:p w:rsidR="00700B44" w:rsidRPr="0023215E" w:rsidRDefault="00700B44" w:rsidP="00700B44">
                          <w:pPr>
                            <w:pStyle w:val="Sinespaciado"/>
                            <w:jc w:val="center"/>
                            <w:rPr>
                              <w:b/>
                              <w:lang w:val="es-ES"/>
                            </w:rPr>
                          </w:pPr>
                          <w:r w:rsidRPr="0023215E">
                            <w:rPr>
                              <w:b/>
                              <w:lang w:val="es-ES"/>
                            </w:rPr>
                            <w:t>FUNDACIÓN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70203C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23.6pt;margin-top:-27pt;width:78pt;height:56.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">
              <v:textbox>
                <w:txbxContent>
                  <w:p w:rsidR="00700B44" w:rsidRPr="0023215E" w:rsidRDefault="00700B44" w:rsidP="00700B44">
                    <w:pPr>
                      <w:pStyle w:val="Sinespaciado"/>
                      <w:jc w:val="center"/>
                      <w:rPr>
                        <w:b/>
                        <w:lang w:val="es-ES"/>
                      </w:rPr>
                    </w:pPr>
                    <w:r w:rsidRPr="0023215E">
                      <w:rPr>
                        <w:b/>
                        <w:lang w:val="es-ES"/>
                      </w:rPr>
                      <w:t>LOGO</w:t>
                    </w:r>
                  </w:p>
                  <w:p w:rsidR="00700B44" w:rsidRPr="0023215E" w:rsidRDefault="00700B44" w:rsidP="00700B44">
                    <w:pPr>
                      <w:pStyle w:val="Sinespaciado"/>
                      <w:jc w:val="center"/>
                      <w:rPr>
                        <w:b/>
                        <w:lang w:val="es-ES"/>
                      </w:rPr>
                    </w:pPr>
                    <w:r w:rsidRPr="0023215E">
                      <w:rPr>
                        <w:b/>
                        <w:lang w:val="es-ES"/>
                      </w:rPr>
                      <w:t>FUNDACIÓN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1" locked="0" layoutInCell="1" allowOverlap="1" wp14:anchorId="45C902B4" wp14:editId="4B797DDE">
          <wp:simplePos x="0" y="0"/>
          <wp:positionH relativeFrom="column">
            <wp:posOffset>-769620</wp:posOffset>
          </wp:positionH>
          <wp:positionV relativeFrom="paragraph">
            <wp:posOffset>-274320</wp:posOffset>
          </wp:positionV>
          <wp:extent cx="1749425" cy="560705"/>
          <wp:effectExtent l="0" t="0" r="3175" b="0"/>
          <wp:wrapTight wrapText="bothSides">
            <wp:wrapPolygon edited="0">
              <wp:start x="0" y="0"/>
              <wp:lineTo x="0" y="20548"/>
              <wp:lineTo x="21404" y="20548"/>
              <wp:lineTo x="21404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9425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B97AA3"/>
    <w:multiLevelType w:val="hybridMultilevel"/>
    <w:tmpl w:val="BAB40090"/>
    <w:lvl w:ilvl="0" w:tplc="20E2E0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0D4EBA4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180A001B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233BD5"/>
    <w:multiLevelType w:val="hybridMultilevel"/>
    <w:tmpl w:val="452AC812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195439"/>
    <w:multiLevelType w:val="hybridMultilevel"/>
    <w:tmpl w:val="D8D28390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9D3497"/>
    <w:multiLevelType w:val="multilevel"/>
    <w:tmpl w:val="6614AD0C"/>
    <w:lvl w:ilvl="0">
      <w:start w:val="1"/>
      <w:numFmt w:val="lowerLetter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3" w15:restartNumberingAfterBreak="0">
    <w:nsid w:val="4BE00CA5"/>
    <w:multiLevelType w:val="hybridMultilevel"/>
    <w:tmpl w:val="91B2CB2E"/>
    <w:lvl w:ilvl="0" w:tplc="14DA2EB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F0A4E"/>
    <w:multiLevelType w:val="hybridMultilevel"/>
    <w:tmpl w:val="0D9EC144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000D5"/>
    <w:multiLevelType w:val="hybridMultilevel"/>
    <w:tmpl w:val="EDEC2602"/>
    <w:lvl w:ilvl="0" w:tplc="ED6033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2"/>
  </w:num>
  <w:num w:numId="12">
    <w:abstractNumId w:val="9"/>
  </w:num>
  <w:num w:numId="13">
    <w:abstractNumId w:val="11"/>
  </w:num>
  <w:num w:numId="14">
    <w:abstractNumId w:val="10"/>
  </w:num>
  <w:num w:numId="15">
    <w:abstractNumId w:val="1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2267"/>
    <w:rsid w:val="00122C95"/>
    <w:rsid w:val="0015074B"/>
    <w:rsid w:val="00155556"/>
    <w:rsid w:val="001B2E04"/>
    <w:rsid w:val="001F1EF8"/>
    <w:rsid w:val="002645C8"/>
    <w:rsid w:val="0029639D"/>
    <w:rsid w:val="002D1863"/>
    <w:rsid w:val="00321AD2"/>
    <w:rsid w:val="00326F90"/>
    <w:rsid w:val="0034289D"/>
    <w:rsid w:val="0041249F"/>
    <w:rsid w:val="004156FB"/>
    <w:rsid w:val="00450483"/>
    <w:rsid w:val="00451B00"/>
    <w:rsid w:val="0047487F"/>
    <w:rsid w:val="004776F8"/>
    <w:rsid w:val="00484B42"/>
    <w:rsid w:val="004E1E83"/>
    <w:rsid w:val="004E65D5"/>
    <w:rsid w:val="004F28D8"/>
    <w:rsid w:val="00591A3B"/>
    <w:rsid w:val="005A64AC"/>
    <w:rsid w:val="005C04CB"/>
    <w:rsid w:val="006E7749"/>
    <w:rsid w:val="00700B44"/>
    <w:rsid w:val="00707DA5"/>
    <w:rsid w:val="0074264C"/>
    <w:rsid w:val="007667E4"/>
    <w:rsid w:val="007704A1"/>
    <w:rsid w:val="00792531"/>
    <w:rsid w:val="0080537F"/>
    <w:rsid w:val="0085040A"/>
    <w:rsid w:val="00872E2E"/>
    <w:rsid w:val="00984EA7"/>
    <w:rsid w:val="009C4081"/>
    <w:rsid w:val="00A3240D"/>
    <w:rsid w:val="00A332B5"/>
    <w:rsid w:val="00A73AF3"/>
    <w:rsid w:val="00A954D0"/>
    <w:rsid w:val="00AA1D8D"/>
    <w:rsid w:val="00AC1510"/>
    <w:rsid w:val="00B45EC3"/>
    <w:rsid w:val="00B47730"/>
    <w:rsid w:val="00B67FAB"/>
    <w:rsid w:val="00C724AE"/>
    <w:rsid w:val="00CB0664"/>
    <w:rsid w:val="00CE0226"/>
    <w:rsid w:val="00D03793"/>
    <w:rsid w:val="00D166DC"/>
    <w:rsid w:val="00D65CC9"/>
    <w:rsid w:val="00DC17F9"/>
    <w:rsid w:val="00DF710F"/>
    <w:rsid w:val="00E53151"/>
    <w:rsid w:val="00E83AED"/>
    <w:rsid w:val="00E931BC"/>
    <w:rsid w:val="00EE7609"/>
    <w:rsid w:val="00EF0D8D"/>
    <w:rsid w:val="00EF3FDA"/>
    <w:rsid w:val="00F711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21A7400"/>
  <w14:defaultImageDpi w14:val="300"/>
  <w15:docId w15:val="{F9A0E505-DFA3-41D3-8531-B8827929E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67E4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aconcuadrcula1clara-nfasis1">
    <w:name w:val="Grid Table 1 Light Accent 1"/>
    <w:basedOn w:val="Tablanormal"/>
    <w:uiPriority w:val="46"/>
    <w:rsid w:val="00872E2E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">
    <w:name w:val="Tabla con cuadrícula1"/>
    <w:basedOn w:val="Tablanormal"/>
    <w:next w:val="Tablaconcuadrcula"/>
    <w:uiPriority w:val="39"/>
    <w:rsid w:val="004156FB"/>
    <w:pPr>
      <w:spacing w:after="0" w:line="240" w:lineRule="auto"/>
    </w:pPr>
    <w:rPr>
      <w:rFonts w:eastAsia="Calibri"/>
      <w:lang w:val="es-P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AC1510"/>
    <w:pPr>
      <w:suppressAutoHyphens/>
      <w:spacing w:after="0" w:line="240" w:lineRule="auto"/>
    </w:pPr>
    <w:rPr>
      <w:rFonts w:eastAsia="Calibri"/>
      <w:lang w:val="es-P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5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31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35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78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59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52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78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33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27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22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3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87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7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89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02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40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958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2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18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67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28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86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90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07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51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04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28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719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7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8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792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56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73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37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08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04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6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79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502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20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82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98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38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22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3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73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47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CC3F3E-8605-49EA-956B-E2BD3FBCA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276</Words>
  <Characters>1521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Alejandro Stanley</cp:lastModifiedBy>
  <cp:revision>25</cp:revision>
  <dcterms:created xsi:type="dcterms:W3CDTF">2025-08-06T20:08:00Z</dcterms:created>
  <dcterms:modified xsi:type="dcterms:W3CDTF">2026-10-29T21:27:00Z</dcterms:modified>
  <cp:category/>
</cp:coreProperties>
</file>